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Annual Meeting of Shareholders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NOTICE OF ANNUAL MEETING OF SHAREHOLDERS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the annual meeting of shareholders of [name of corporation] (the "Corporation") will be held at the offices of [name and address of meeting location] on [date] at [time,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P.M.], for the purposes of considering and acting on the following matters: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election of [_____] members of the Board of Directors of the Corporation, each to serve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[_____] year term and until his or her successor is duly elected and qualified;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[Any other action to be taken]; and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transaction of such other business as may properly be brought before the meeting or any adjournment or postponement thereof.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Shareholders of record as at the close of business on [record date] are entitled to vote in person or by proxy at said meeting or any adjournment or postponement thereof.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____________________, 20__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By order of the Board of Directors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