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Shareholders'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ANNUAL MEETING OF THE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the board of directors of the Corporation.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[Specify other action to be taken (e.g., approval of auditors).]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adjournments thereof.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adjournments thereof.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