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Appeal from Supreme Court to Appellate Division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SUPREME COURT OF THE STATE OF NEW YORK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TAKE NOTICE that [plaintiff(s) or defendant(s)] [appealing party name(s)] hereby appeal(s) to the Appellate Division, [department number] Department, [appellate court's street address], from the [order or judgment] of the Supreme Court, County of [county name], issued by the Honorable [judge's name] entered in the [county name] County Clerk's office on [date].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[city and state where signed]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street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city, state, and zip code]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[firm 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[your business 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[Opposing counsel's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name and designation]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Tel. [firm 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Email: [opposing counsel's business email address]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