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Appeal to Court of Appeals under  C.P.L.R. § 5601(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) 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SUPREME COURT OF THE STATE OF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COURT OF APPEALS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[plaintiff(s) or defendant(s)] [appealing party name(s)] hereby appeal(s) to the Court of Appeals of the State of New York, [court's street address], from the order of the Appellate Division, [department number] Department, dated [date], [dissenting justices' names] dissenting, which [affirmed or reversed] the judgment of the Supreme Court, [county name] County, dated [date of Supreme Court order], in favor of [name(s) of prevailing party or parties in the Supreme Court] against [name(s) of aggrieved party or parties in the Supreme Court].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counsel's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name and designation]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Email: [opposing counsel's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