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Appearance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APPEARANCE OF ATTORNEYS FOR [PARTY]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the law firm of [firm name], enters its appearance as counsel in this case on behalf of [Plaintiff/Defendant] [name], and requests that all notices, pleadings, and other papers filed in this matter be served on the undersigned counsel at the primary and secondary e-mail addresses below.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Primary Email: [Email]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Secondary Email: [Email]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certify that on [date], the foregoing Notice of Appearance was filed and served via the Florida Courts E-Filing Portal system to the following attorneys of record at their e-mail addresses: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Counsel for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Counsel for [party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/s/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