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Appearance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COMMONWEALTH OF MASSACHUSETTS</w:t>
      </w:r>
    </w:p>
    <w:p>
      <w:pPr>
        <w:spacing w:line="100" w:lineRule="exact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APPEARANCE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Attorney] of [name of firm] hereby enters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appearance on behalf of the [Plaintiff(s)/Defendant(s)] [list of names if there is more than one plaintiff or defendant and you are not representing all of them] in the above-referenced matter.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attorney]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[Firm name]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[Address]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[City, state, zip]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 number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[Email address]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attorney making appearance]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 [number]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[Firm name]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[Address]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[City, state, zip]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[Email address]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_______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Notice of Appearance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 (usually the same as the attorney who signed above)]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[BBO No.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