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Appearance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Clerk of the Supreme Court of the State of New York, County of New York: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the undersigned hereby appears in this action as counsel of record for [name of party or parties]. Please direct all court notices, pleadings, motion filings, orders, and correspondence regarding this case to the undersigned.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