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Appearance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[NAME OF COURT]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APPEARANCE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CLERK OF THIS COURT AND ALL PARTIES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ENTER THE APPEARANCE of [attorney name] [of the law firm [firm name]], as counsel in this case on behalf of [plaintiff/ defendant] [name]. [Attorney name] is admitted to practice before this Court.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Supreme Court Registration Number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[Plaintiff/Defendant] [name], in the above-entitled action, hereby certify that on the [numerical day of the month, e.g. 14th] day of [name of 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NOTICE OF APPEARANCE</w:t>
      </w:r>
      <w:r>
        <w:rPr>
          <w:rFonts w:ascii="Times New Roman" w:hAnsi="Times New Roman" w:eastAsia="Times New Roman" w:cs="Times New Roman"/>
          <w:b w:val="0"/>
          <w:sz w:val="24"/>
        </w:rPr>
        <w:t>, electronically, to the parties and counsel of record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