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Authorized Action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Notice of Authorized Action of [name of Corporation]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To: 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Please take notice that at the [annual/special] meeting of the shareholders of [corporation name] Corp., held on the [date] day of [month and year], it was resolved by the vote of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majority/two-thirds] of the shareholders entitled to vote thereon,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quorum being present, that the corporation [authorized action].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Dated,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Signed 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President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Signed 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Secretary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