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Breach of Nondisclosure Agreement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[Letterhead of Notifying Party]</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[Method of Delivery]</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Recipient]</w:t>
      </w:r>
    </w:p>
    <w:p>
      <w:pPr>
        <w:keepNext w:val="0"/>
        <w:spacing w:before="200" w:after="0" w:line="260" w:lineRule="exact"/>
        <w:ind w:left="720" w:right="0" w:firstLine="0"/>
        <w:jc w:val="both"/>
      </w:pPr>
      <w:r>
        <w:rPr>
          <w:rFonts w:ascii="Times New Roman" w:hAnsi="Times New Roman" w:eastAsia="Times New Roman" w:cs="Times New Roman"/>
          <w:b w:val="0"/>
          <w:sz w:val="24"/>
        </w:rPr>
        <w:t>Re: Notice of Breach of [name of agreement, e.g., Confidentiality Agreement] dated [date] between [name of notifying party] and [name of breaching party]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Dear [name of recipient]:</w:t>
      </w:r>
    </w:p>
    <w:p>
      <w:pPr>
        <w:keepNext w:val="0"/>
        <w:spacing w:before="200" w:after="0" w:line="260" w:lineRule="exact"/>
        <w:ind w:left="1080" w:right="0" w:firstLine="0"/>
        <w:jc w:val="both"/>
      </w:pPr>
      <w:r>
        <w:rPr>
          <w:rFonts w:ascii="Times New Roman" w:hAnsi="Times New Roman" w:eastAsia="Times New Roman" w:cs="Times New Roman"/>
          <w:b w:val="0"/>
          <w:sz w:val="24"/>
        </w:rPr>
        <w:t>Please be advised that [name of notifying party] is hereby providing notice [pursuant to Section {section of Agreement addressing notices} of the Agreement] that [name of receiving party] is in material breach of its confidentiality obligations of the Agreement. Reference is hereby made to Section [section of applicable confidentiality provision] of the Agreement. Specifically, on or around [date of breach], you [description of breach]. [(if applicable) Your breach continues as of the date of this notification.]</w:t>
      </w:r>
    </w:p>
    <w:p>
      <w:pPr>
        <w:keepNext w:val="0"/>
        <w:spacing w:before="200" w:after="0" w:line="260" w:lineRule="exact"/>
        <w:ind w:left="1080" w:right="0" w:firstLine="0"/>
        <w:jc w:val="both"/>
      </w:pPr>
      <w:r>
        <w:rPr>
          <w:rFonts w:ascii="Times New Roman" w:hAnsi="Times New Roman" w:eastAsia="Times New Roman" w:cs="Times New Roman"/>
          <w:b w:val="0"/>
          <w:sz w:val="24"/>
        </w:rPr>
        <w:t>As such, we hereby demand that you immediately: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all necessary steps to prevent any further unauthorized use and/or dissemination of our Confidential Information; such steps must include, without limitation, [all specific actions the breaching party should take to stop the breach and prevent any future violations];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immediately destroy all Confidential Information in your possession, and provide us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certification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[name of breaching party] that such destruction has taken place.</w:t>
      </w:r>
    </w:p>
    <w:p>
      <w:pPr>
        <w:keepNext w:val="0"/>
        <w:spacing w:before="200" w:after="0" w:line="260" w:lineRule="exact"/>
        <w:ind w:left="1080" w:right="0" w:firstLine="0"/>
        <w:jc w:val="both"/>
      </w:pPr>
      <w:r>
        <w:rPr>
          <w:rFonts w:ascii="Times New Roman" w:hAnsi="Times New Roman" w:eastAsia="Times New Roman" w:cs="Times New Roman"/>
          <w:b w:val="0"/>
          <w:sz w:val="24"/>
        </w:rPr>
        <w:t>[Name of notifying party] hereby terminates the Agreement [,along with the Statement of Work attached thereto).]</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any questions about this notification, please contact [name/title] at [phone number and/or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This notification is being provided to you without prejudice to any of our rights, powers, remedies, privileges, and defenses, now or hereafter existing, all of which are expressly reserved by us in all respects.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Sincerely,</w:t>
      </w:r>
    </w:p>
    <w:p>
      <w:pPr>
        <w:keepNext w:val="0"/>
        <w:spacing w:before="120" w:after="0" w:line="260" w:lineRule="exact"/>
        <w:ind w:left="1080" w:right="0" w:firstLine="0"/>
        <w:jc w:val="left"/>
      </w:pPr>
      <w:r>
        <w:rPr>
          <w:rFonts w:ascii="Times New Roman" w:hAnsi="Times New Roman" w:eastAsia="Times New Roman" w:cs="Times New Roman"/>
          <w:b w:val="0"/>
          <w:sz w:val="24"/>
        </w:rPr>
        <w:t>[full legal name of notifying party]</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