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Notice of Cancellation of Escrow by Mutual Agreement</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TO: [name of escrow holder]</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RE: Your Escrow No. [number]</w:t>
      </w:r>
    </w:p>
    <w:p>
      <w:pPr>
        <w:keepNext w:val="0"/>
        <w:spacing w:before="200" w:after="0" w:line="260" w:lineRule="exact"/>
        <w:ind w:left="36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If applicable, refer to escrow instructions requiring notice of cancellation and authorizing cancellation by mutual agreement (e.g.,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Pursuant to Section [section number] of the joint escrow instructions previously deposited in the above-referenced escrow,)</w:t>
      </w:r>
      <w:r>
        <w:rPr>
          <w:rFonts w:ascii="Times New Roman" w:hAnsi="Times New Roman" w:eastAsia="Times New Roman" w:cs="Times New Roman"/>
          <w:b w:val="0"/>
          <w:sz w:val="24"/>
        </w:rPr>
        <w:t>] You are hereby notified that [name of seller]] ("Seller") and [name of buyer] ("Buyer"), by mutual agreement, are hereby canceling the above-referenced escrow and revoking and canceling any escrow instructions they may previously have submitted.</w:t>
      </w:r>
    </w:p>
    <w:p>
      <w:pPr>
        <w:keepNext w:val="0"/>
        <w:spacing w:before="200" w:after="0" w:line="260" w:lineRule="exact"/>
        <w:ind w:left="360" w:right="0" w:firstLine="0"/>
        <w:jc w:val="both"/>
      </w:pPr>
      <w:r>
        <w:rPr>
          <w:rFonts w:ascii="Times New Roman" w:hAnsi="Times New Roman" w:eastAsia="Times New Roman" w:cs="Times New Roman"/>
          <w:b w:val="0"/>
          <w:sz w:val="24"/>
        </w:rPr>
        <w:t>You are instructed to refrain from taking any further action to complete the sale of the Subject Real Property, to cancel the above-referenced escrow forthwith, and to return to Seller and Buyer forthwith any and all funds, instruments, documents, and other items they have deposited with you.</w:t>
      </w:r>
    </w:p>
    <w:p>
      <w:pPr>
        <w:keepNext w:val="0"/>
        <w:spacing w:before="200" w:after="0" w:line="260" w:lineRule="exact"/>
        <w:ind w:left="360" w:right="0" w:firstLine="0"/>
        <w:jc w:val="both"/>
      </w:pPr>
      <w:r>
        <w:rPr>
          <w:rFonts w:ascii="Times New Roman" w:hAnsi="Times New Roman" w:eastAsia="Times New Roman" w:cs="Times New Roman"/>
          <w:b w:val="0"/>
          <w:sz w:val="24"/>
        </w:rPr>
        <w:t>Please acknowledge your receipt of this notice of cancellation of escrow, and the date of receipt, by signing the acknowledgment set forth below on the enclosed copies, entering the date of receipt thereon, and returning one signed copy to Seller and one signed copy to Buyer.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[seller’s typed name]</w:t>
      </w:r>
    </w:p>
    <w:p>
      <w:pPr>
        <w:keepNext w:val="0"/>
        <w:spacing w:before="120" w:after="0" w:line="260" w:lineRule="exact"/>
        <w:ind w:left="360" w:right="0" w:firstLine="0"/>
        <w:jc w:val="left"/>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BUYER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[buyer’s typed name]</w:t>
      </w:r>
    </w:p>
    <w:p>
      <w:pPr>
        <w:keepNext w:val="0"/>
        <w:spacing w:before="120" w:after="0" w:line="260" w:lineRule="exact"/>
        <w:ind w:left="360" w:right="0" w:firstLine="0"/>
        <w:jc w:val="left"/>
      </w:pPr>
      <w:r>
        <w:rPr>
          <w:rFonts w:ascii="Times New Roman" w:hAnsi="Times New Roman" w:eastAsia="Times New Roman" w:cs="Times New Roman"/>
          <w:b/>
          <w:sz w:val="24"/>
        </w:rPr>
        <w:t>Acknowledgment by Escrow Holder</w:t>
      </w:r>
    </w:p>
    <w:p>
      <w:pPr>
        <w:keepNext w:val="0"/>
        <w:spacing w:before="200" w:after="0" w:line="260" w:lineRule="exact"/>
        <w:ind w:left="720" w:right="0" w:firstLine="0"/>
        <w:jc w:val="both"/>
      </w:pPr>
      <w:r>
        <w:rPr>
          <w:rFonts w:ascii="Times New Roman" w:hAnsi="Times New Roman" w:eastAsia="Times New Roman" w:cs="Times New Roman"/>
          <w:b w:val="0"/>
          <w:sz w:val="24"/>
        </w:rPr>
        <w:t>[Name of escrow holder] acknowledges receipt of the foregoing notice of cancellation of escrow on [date or blank to be filled in by escrow holder].</w:t>
      </w:r>
    </w:p>
    <w:p>
      <w:pPr>
        <w:keepNext w:val="0"/>
        <w:spacing w:before="200" w:after="0" w:line="260" w:lineRule="exact"/>
        <w:ind w:left="720" w:right="0" w:firstLine="0"/>
        <w:jc w:val="both"/>
      </w:pPr>
      <w:r>
        <w:rPr>
          <w:rFonts w:ascii="Times New Roman" w:hAnsi="Times New Roman" w:eastAsia="Times New Roman" w:cs="Times New Roman"/>
          <w:b w:val="0"/>
          <w:sz w:val="24"/>
        </w:rPr>
        <w:t>Date: [date]</w:t>
      </w:r>
    </w:p>
    <w:p>
      <w:pPr>
        <w:keepNext w:val="0"/>
        <w:spacing w:before="120" w:after="0" w:line="260" w:lineRule="exact"/>
        <w:ind w:left="720" w:right="0" w:firstLine="0"/>
        <w:jc w:val="left"/>
      </w:pPr>
      <w:r>
        <w:rPr>
          <w:rFonts w:ascii="Times New Roman" w:hAnsi="Times New Roman" w:eastAsia="Times New Roman" w:cs="Times New Roman"/>
          <w:b w:val="0"/>
          <w:sz w:val="24"/>
        </w:rPr>
        <w:t>ESCROW HOLDER</w:t>
      </w:r>
    </w:p>
    <w:p>
      <w:pPr>
        <w:keepNext w:val="0"/>
        <w:spacing w:before="120" w:after="0" w:line="260" w:lineRule="exact"/>
        <w:ind w:left="720" w:right="0" w:firstLine="0"/>
        <w:jc w:val="left"/>
      </w:pPr>
      <w:r>
        <w:rPr>
          <w:rFonts w:ascii="Times New Roman" w:hAnsi="Times New Roman" w:eastAsia="Times New Roman" w:cs="Times New Roman"/>
          <w:b w:val="0"/>
          <w:sz w:val="24"/>
        </w:rPr>
        <w:t>[name of escrow holder]</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[escrow holder’s typed name and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