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Claim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[Form of notice: e.g., E-mail or Facsimile and by U.S. Mail, Registered Mail, Certified Mail (i.e., Via E-mail And By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[Name of insurance company]</w:t>
      </w:r>
    </w:p>
    <w:p>
      <w:pPr>
        <w:keepNext w:val="0"/>
        <w:spacing w:before="60" w:after="0" w:line="260" w:lineRule="exact"/>
        <w:ind w:left="360" w:right="0" w:firstLine="0"/>
        <w:jc w:val="both"/>
      </w:pPr>
      <w:r>
        <w:rPr>
          <w:rFonts w:ascii="Times New Roman" w:hAnsi="Times New Roman" w:eastAsia="Times New Roman" w:cs="Times New Roman"/>
          <w:b w:val="0"/>
          <w:sz w:val="24"/>
        </w:rPr>
        <w:t>[Claims Department]</w:t>
      </w:r>
    </w:p>
    <w:p>
      <w:pPr>
        <w:keepNext w:val="0"/>
        <w:spacing w:before="6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6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360" w:right="0" w:firstLine="0"/>
        <w:jc w:val="both"/>
      </w:pPr>
      <w:r>
        <w:rPr>
          <w:rFonts w:ascii="Times New Roman" w:hAnsi="Times New Roman" w:eastAsia="Times New Roman" w:cs="Times New Roman"/>
          <w:b w:val="0"/>
          <w:sz w:val="24"/>
        </w:rPr>
        <w:t>RE: [Litigation caption, e.g., Jane Doe v. ABC Co., et al., and venue (or) concise 1-line description of incident]</w:t>
      </w:r>
    </w:p>
    <w:p>
      <w:pPr>
        <w:keepNext w:val="0"/>
        <w:spacing w:before="200" w:after="0" w:line="260" w:lineRule="exact"/>
        <w:ind w:left="360" w:right="0" w:firstLine="0"/>
        <w:jc w:val="both"/>
      </w:pPr>
      <w:r>
        <w:rPr>
          <w:rFonts w:ascii="Times New Roman" w:hAnsi="Times New Roman" w:eastAsia="Times New Roman" w:cs="Times New Roman"/>
          <w:b w:val="0"/>
          <w:sz w:val="24"/>
        </w:rPr>
        <w:t>[Name of Insured/Policyholder]</w:t>
      </w:r>
    </w:p>
    <w:p>
      <w:pPr>
        <w:keepNext w:val="0"/>
        <w:spacing w:before="60" w:after="0" w:line="260" w:lineRule="exact"/>
        <w:ind w:left="360" w:right="0" w:firstLine="0"/>
        <w:jc w:val="both"/>
      </w:pPr>
      <w:r>
        <w:rPr>
          <w:rFonts w:ascii="Times New Roman" w:hAnsi="Times New Roman" w:eastAsia="Times New Roman" w:cs="Times New Roman"/>
          <w:b w:val="0"/>
          <w:sz w:val="24"/>
        </w:rPr>
        <w:t>[Policy Number(s)]</w:t>
      </w:r>
    </w:p>
    <w:p>
      <w:pPr>
        <w:keepNext w:val="0"/>
        <w:spacing w:before="60" w:after="0" w:line="260" w:lineRule="exact"/>
        <w:ind w:left="360" w:right="0" w:firstLine="0"/>
        <w:jc w:val="both"/>
      </w:pPr>
      <w:r>
        <w:rPr>
          <w:rFonts w:ascii="Times New Roman" w:hAnsi="Times New Roman" w:eastAsia="Times New Roman" w:cs="Times New Roman"/>
          <w:b w:val="0"/>
          <w:sz w:val="24"/>
        </w:rPr>
        <w:t>[Policy Name or Type, e.g., Errors and Omission Insurance, Directors And Officers Insurance Policy, Not-For-Profit Protector]</w:t>
      </w:r>
    </w:p>
    <w:p>
      <w:pPr>
        <w:keepNext w:val="0"/>
        <w:spacing w:before="200" w:after="0" w:line="260" w:lineRule="exact"/>
        <w:ind w:left="360" w:right="0" w:firstLine="0"/>
        <w:jc w:val="both"/>
      </w:pPr>
      <w:r>
        <w:rPr>
          <w:rFonts w:ascii="Times New Roman" w:hAnsi="Times New Roman" w:eastAsia="Times New Roman" w:cs="Times New Roman"/>
          <w:b w:val="0"/>
          <w:sz w:val="24"/>
        </w:rPr>
        <w:t>Dear Claims Department: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accept this letter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notice of claim under the above-referenced policy. Pursuant to the policy language and the requirements thereunder, [company name of insurance agent/broker] is hereby providing [name of insurance carrier] with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its [name/type of policy, policy number] (the "Policy"). The Policy [is/was] from [policy start date, e.g., January 1, 2016] to [policy expiration date, e.g., December 31, 2016]. We have enclosed for your reference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[applicable document (if any) evidencing the claim,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letter, administrative claim or summons and complaint, etc.] which was [served on / received by] [name of insured] on [date] (the "Claim").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reflected in the enclosure(s), the Claim is made by [name of claimant(s) / plaintiff(s)] against [list of defendants, including Insured] on [date complaint was filed or date of demand letter]. The Claim alleges that [brief description of the claim, e.g., Jane Doe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ABC Co. alleges that certain of the company's officers and managers engaged in acts of discrimination and retaliation against her in violation of Title VII of the Civil Rights Act of 1964, American with Disabilities Act, New York State Human Rights law, NYC Human Rights Law. Ms. Doe is seeking past and future lost wages and benefits, back pay and front pay, liquidated damages, compensatory damages for mental and emotional injury and injury to her reputation, as well as punitive damages, and attorneys' fees and costs].</w:t>
      </w:r>
    </w:p>
    <w:p>
      <w:pPr>
        <w:keepNext w:val="0"/>
        <w:spacing w:before="200" w:after="0" w:line="260" w:lineRule="exact"/>
        <w:ind w:left="360" w:right="0" w:firstLine="0"/>
        <w:jc w:val="both"/>
      </w:pPr>
      <w:r>
        <w:rPr>
          <w:rFonts w:ascii="Times New Roman" w:hAnsi="Times New Roman" w:eastAsia="Times New Roman" w:cs="Times New Roman"/>
          <w:b w:val="0"/>
          <w:sz w:val="24"/>
        </w:rPr>
        <w:t>On behalf of the Insured, we request that [name of insurance carrier] assume the defense of [name of insured] under the Policy, and any other applicable policies. In addition, this letter will also serve to provide notice of the Claim to any and all excess carriers who may be implicated by the Claim.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Insured already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include this paragraph) The Insured has retained [lawyer name], Esq. with [law firm name] to represent them. Kindly indicate whether [name of insurance company] approves of the Insured's chosen counsel and if counsel may proceed with the defense of the Insured.</w:t>
      </w:r>
    </w:p>
    <w:p>
      <w:pPr>
        <w:keepNext w:val="0"/>
        <w:spacing w:before="200" w:after="0" w:line="260" w:lineRule="exact"/>
        <w:ind w:left="360" w:right="0" w:firstLine="0"/>
        <w:jc w:val="both"/>
      </w:pPr>
      <w:r>
        <w:rPr>
          <w:rFonts w:ascii="Times New Roman" w:hAnsi="Times New Roman" w:eastAsia="Times New Roman" w:cs="Times New Roman"/>
          <w:b w:val="0"/>
          <w:sz w:val="24"/>
        </w:rPr>
        <w:t>Kindly acknowledge receipt of this notice to the undersigned and to the Insured. Please provide the claim number and the name and contact information of the claims examiner/analyst who will be handling this Claim going forward. Thank you for your courtesies.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insurance agent/broker],</w:t>
      </w:r>
    </w:p>
    <w:p>
      <w:pPr>
        <w:keepNext w:val="0"/>
        <w:spacing w:before="120" w:after="0" w:line="260" w:lineRule="exact"/>
        <w:ind w:left="360" w:right="0" w:firstLine="0"/>
        <w:jc w:val="left"/>
      </w:pPr>
      <w:r>
        <w:rPr>
          <w:rFonts w:ascii="Times New Roman" w:hAnsi="Times New Roman" w:eastAsia="Times New Roman" w:cs="Times New Roman"/>
          <w:b w:val="0"/>
          <w:sz w:val="24"/>
        </w:rPr>
        <w:t>[Title of insurance agent/broker]</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 if not already on letterhead]</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keepNext w:val="0"/>
        <w:spacing w:before="60" w:after="0" w:line="260" w:lineRule="exact"/>
        <w:ind w:left="360" w:right="0" w:firstLine="0"/>
        <w:jc w:val="both"/>
      </w:pPr>
      <w:r>
        <w:rPr>
          <w:rFonts w:ascii="Times New Roman" w:hAnsi="Times New Roman" w:eastAsia="Times New Roman" w:cs="Times New Roman"/>
          <w:b w:val="0"/>
          <w:sz w:val="24"/>
        </w:rPr>
        <w:t>[List all documents and legal papers received by Insured relating to the claim]</w:t>
      </w:r>
    </w:p>
    <w:p>
      <w:pPr>
        <w:keepNext w:val="0"/>
        <w:spacing w:before="200" w:after="0" w:line="260" w:lineRule="exact"/>
        <w:ind w:left="360" w:right="0" w:firstLine="0"/>
        <w:jc w:val="both"/>
      </w:pPr>
      <w:r>
        <w:rPr>
          <w:rFonts w:ascii="Times New Roman" w:hAnsi="Times New Roman" w:eastAsia="Times New Roman" w:cs="Times New Roman"/>
          <w:b w:val="0"/>
          <w:sz w:val="24"/>
        </w:rPr>
        <w:t>cc: Via [Form of notice should be in same format as above, Via E-mail And By Certified Mail]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Insured (if specific person is known)]</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(List all applicable excess insurance companies if providing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Via [Form of notice should be in same format as above, Via E-mail And By Certified Mail]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excess insurance company]</w:t>
      </w:r>
    </w:p>
    <w:p>
      <w:pPr>
        <w:keepNext w:val="0"/>
        <w:spacing w:before="120" w:after="0" w:line="260" w:lineRule="exact"/>
        <w:ind w:left="360" w:right="0" w:firstLine="0"/>
        <w:jc w:val="left"/>
      </w:pPr>
      <w:r>
        <w:rPr>
          <w:rFonts w:ascii="Times New Roman" w:hAnsi="Times New Roman" w:eastAsia="Times New Roman" w:cs="Times New Roman"/>
          <w:b w:val="0"/>
          <w:sz w:val="24"/>
        </w:rPr>
        <w:t>[Claims Department]</w:t>
      </w:r>
    </w:p>
    <w:p>
      <w:pPr>
        <w:keepNext w:val="0"/>
        <w:spacing w:before="120" w:after="0" w:line="260" w:lineRule="exact"/>
        <w:ind w:left="360" w:right="0" w:firstLine="0"/>
        <w:jc w:val="left"/>
      </w:pPr>
      <w:r>
        <w:rPr>
          <w:rFonts w:ascii="Times New Roman" w:hAnsi="Times New Roman" w:eastAsia="Times New Roman" w:cs="Times New Roman"/>
          <w:b w:val="0"/>
          <w:sz w:val="24"/>
        </w:rPr>
        <w:t>[Street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State and Zip Code]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