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Claim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[Form of notice, e.g., facsimile and U.S. Mail; Registered Mail; Certified Mail]</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 of insurance carrier]</w:t>
      </w:r>
    </w:p>
    <w:p>
      <w:pPr>
        <w:keepNext w:val="0"/>
        <w:spacing w:before="6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60" w:after="0" w:line="260" w:lineRule="exact"/>
        <w:ind w:left="360" w:right="0" w:firstLine="0"/>
        <w:jc w:val="both"/>
      </w:pPr>
      <w:r>
        <w:rPr>
          <w:rFonts w:ascii="Times New Roman" w:hAnsi="Times New Roman" w:eastAsia="Times New Roman" w:cs="Times New Roman"/>
          <w:b w:val="0"/>
          <w:sz w:val="24"/>
        </w:rPr>
        <w:t>[City, State, Zip]</w:t>
      </w:r>
    </w:p>
    <w:p>
      <w:pPr>
        <w:keepNext w:val="0"/>
        <w:spacing w:before="200" w:after="0" w:line="260" w:lineRule="exact"/>
        <w:ind w:left="360" w:right="0" w:firstLine="0"/>
        <w:jc w:val="both"/>
      </w:pPr>
      <w:r>
        <w:rPr>
          <w:rFonts w:ascii="Times New Roman" w:hAnsi="Times New Roman" w:eastAsia="Times New Roman" w:cs="Times New Roman"/>
          <w:b w:val="0"/>
          <w:sz w:val="24"/>
        </w:rPr>
        <w:t>Attention: [Name of individual or department]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 [name of insured] - [insurance policy number(s)] </w:t>
      </w:r>
    </w:p>
    <w:p>
      <w:pPr>
        <w:keepNext w:val="0"/>
        <w:spacing w:before="60" w:after="0" w:line="260" w:lineRule="exact"/>
        <w:ind w:left="360" w:right="0" w:firstLine="0"/>
        <w:jc w:val="both"/>
      </w:pPr>
      <w:r>
        <w:rPr>
          <w:rFonts w:ascii="Times New Roman" w:hAnsi="Times New Roman" w:eastAsia="Times New Roman" w:cs="Times New Roman"/>
          <w:b w:val="0"/>
          <w:sz w:val="24"/>
        </w:rPr>
        <w:t>[Litigation caption, e.g., John Smith v. Acme Products (or) description of incident]</w:t>
      </w:r>
    </w:p>
    <w:p>
      <w:pPr>
        <w:keepNext w:val="0"/>
        <w:spacing w:before="200" w:after="0" w:line="260" w:lineRule="exact"/>
        <w:ind w:left="360" w:right="0" w:firstLine="0"/>
        <w:jc w:val="center"/>
      </w:pPr>
      <w:r>
        <w:rPr>
          <w:rFonts w:ascii="Times New Roman" w:hAnsi="Times New Roman" w:eastAsia="Times New Roman" w:cs="Times New Roman"/>
          <w:b w:val="0"/>
          <w:sz w:val="24"/>
        </w:rPr>
        <w:t>Notice of Claim</w:t>
      </w:r>
    </w:p>
    <w:p>
      <w:pPr>
        <w:keepNext w:val="0"/>
        <w:spacing w:before="200" w:after="0" w:line="260" w:lineRule="exact"/>
        <w:ind w:left="360" w:right="0" w:firstLine="0"/>
        <w:jc w:val="both"/>
      </w:pPr>
      <w:r>
        <w:rPr>
          <w:rFonts w:ascii="Times New Roman" w:hAnsi="Times New Roman" w:eastAsia="Times New Roman" w:cs="Times New Roman"/>
          <w:b w:val="0"/>
          <w:sz w:val="24"/>
        </w:rPr>
        <w:t>Dear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have enclosed for your reference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[applicable document (if any) evidencing the claim, e.g., complaint, demand letter] which was [served on / received by] [name of insured] on [date] (the "Claim").</w:t>
      </w:r>
    </w:p>
    <w:p>
      <w:pPr>
        <w:keepNext w:val="0"/>
        <w:spacing w:before="200" w:after="0" w:line="260" w:lineRule="exact"/>
        <w:ind w:left="360" w:right="0" w:firstLine="0"/>
        <w:jc w:val="both"/>
      </w:pPr>
      <w:r>
        <w:rPr>
          <w:rFonts w:ascii="Times New Roman" w:hAnsi="Times New Roman" w:eastAsia="Times New Roman" w:cs="Times New Roman"/>
          <w:b w:val="0"/>
          <w:sz w:val="24"/>
        </w:rPr>
        <w:t>Please be advised that pursuant to this letter, [name of insured] is hereby providing [name of insurance carrier] with notice of the Claim under its [name/type of policy, policy number] (the "Policy"), and its request that [name of insurance carrier] assume the defense of [name of insured] under the Policy. The coverage period under the Policy [is/was] from [policy start date, e.g., January 1, 2015] to [policy expiration date, e.g., December 31, 2015].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As reflected in the enclosures, the Claim is based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incident that occurred on [date of event/incident/accident, etc.], and alleges that [brief description of claim, e.g., Mr. Smith slipped and fell in (name of insured) store on June 1, 2015. To the best of our knowledge, no one witnessed this incident and Mr. Smith did not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or alert any employees at the time of the incident.]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the event that [name of insured] has any other policy with [name of insurance carrier] for which coverage may be available with respect to the Claim, this letter will further serve as notice of the Claim and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tender of defense under any such policy.</w:t>
      </w:r>
    </w:p>
    <w:p>
      <w:pPr>
        <w:keepNext w:val="0"/>
        <w:spacing w:before="200" w:after="0" w:line="260" w:lineRule="exact"/>
        <w:ind w:left="360" w:right="0" w:firstLine="0"/>
        <w:jc w:val="both"/>
      </w:pPr>
      <w:r>
        <w:rPr>
          <w:rFonts w:ascii="Times New Roman" w:hAnsi="Times New Roman" w:eastAsia="Times New Roman" w:cs="Times New Roman"/>
          <w:b w:val="0"/>
          <w:sz w:val="24"/>
        </w:rPr>
        <w:t>Please contact me upon your receipt of this letter so we can discuss [name of insurance carrier] assumption of the defense of the Claim.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to the Complaint is due within [applicable number of days, e.g., twenty] days from the date of service on or before [date]]. [Name of insured] looks forward to working with [name of insurance carrier] in the defense of this Claim.</w:t>
      </w:r>
    </w:p>
    <w:p>
      <w:pP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[title], [name of insured]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