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Notice of Claim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[date]</w:t>
      </w:r>
    </w:p>
    <w:p>
      <w:pPr>
        <w:keepNext w:val="0"/>
        <w:spacing w:before="200" w:after="0" w:line="260" w:lineRule="exact"/>
        <w:ind w:left="360" w:right="0" w:firstLine="0"/>
        <w:jc w:val="both"/>
      </w:pPr>
      <w:r>
        <w:rPr>
          <w:rFonts w:ascii="Times New Roman" w:hAnsi="Times New Roman" w:eastAsia="Times New Roman" w:cs="Times New Roman"/>
          <w:b w:val="0"/>
          <w:sz w:val="24"/>
        </w:rPr>
        <w:t>[seller name]</w:t>
      </w:r>
    </w:p>
    <w:p>
      <w:pPr>
        <w:keepNext w:val="0"/>
        <w:spacing w:before="200" w:after="0" w:line="260" w:lineRule="exact"/>
        <w:ind w:left="360" w:right="0" w:firstLine="0"/>
        <w:jc w:val="both"/>
      </w:pPr>
      <w:r>
        <w:rPr>
          <w:rFonts w:ascii="Times New Roman" w:hAnsi="Times New Roman" w:eastAsia="Times New Roman" w:cs="Times New Roman"/>
          <w:b w:val="0"/>
          <w:sz w:val="24"/>
        </w:rPr>
        <w:t>[street address]</w:t>
      </w:r>
    </w:p>
    <w:p>
      <w:pPr>
        <w:keepNext w:val="0"/>
        <w:spacing w:before="200" w:after="0" w:line="260" w:lineRule="exact"/>
        <w:ind w:left="360" w:right="0" w:firstLine="0"/>
        <w:jc w:val="both"/>
      </w:pPr>
      <w:r>
        <w:rPr>
          <w:rFonts w:ascii="Times New Roman" w:hAnsi="Times New Roman" w:eastAsia="Times New Roman" w:cs="Times New Roman"/>
          <w:b w:val="0"/>
          <w:sz w:val="24"/>
        </w:rPr>
        <w:t>[city, state]</w:t>
      </w:r>
    </w:p>
    <w:p>
      <w:pPr>
        <w:keepNext w:val="0"/>
        <w:spacing w:before="200" w:after="0" w:line="260" w:lineRule="exact"/>
        <w:ind w:left="360" w:right="0" w:firstLine="0"/>
        <w:jc w:val="both"/>
      </w:pPr>
      <w:r>
        <w:rPr>
          <w:rFonts w:ascii="Times New Roman" w:hAnsi="Times New Roman" w:eastAsia="Times New Roman" w:cs="Times New Roman"/>
          <w:b w:val="0"/>
          <w:sz w:val="24"/>
        </w:rPr>
        <w:t>Dear [name]: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undersigned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[name/date of agreement, e.g., Sales Agreement dated July 1, 2020], pursuant to which [seller name], agreed to sell us [description and quantity of the goods] (the "Goods"). The Goods have been identified to the contract. We are informed that such Goods are presently in [location, e.g., the seller's storage facilities].</w:t>
      </w:r>
    </w:p>
    <w:p>
      <w:pPr>
        <w:keepNext w:val="0"/>
        <w:spacing w:before="200" w:after="0" w:line="260" w:lineRule="exact"/>
        <w:ind w:left="360" w:right="0" w:firstLine="0"/>
        <w:jc w:val="both"/>
      </w:pPr>
      <w:r>
        <w:rPr>
          <w:rFonts w:ascii="Times New Roman" w:hAnsi="Times New Roman" w:eastAsia="Times New Roman" w:cs="Times New Roman"/>
          <w:b w:val="0"/>
          <w:sz w:val="24"/>
        </w:rPr>
        <w:t>On [date], we paid on account of the above contract [amount].</w:t>
      </w:r>
    </w:p>
    <w:p>
      <w:pPr>
        <w:keepNext w:val="0"/>
        <w:spacing w:before="200" w:after="0" w:line="260" w:lineRule="exact"/>
        <w:ind w:left="360" w:right="0" w:firstLine="0"/>
        <w:jc w:val="both"/>
      </w:pPr>
      <w:r>
        <w:rPr>
          <w:rFonts w:ascii="Times New Roman" w:hAnsi="Times New Roman" w:eastAsia="Times New Roman" w:cs="Times New Roman"/>
          <w:b w:val="0"/>
          <w:sz w:val="24"/>
        </w:rPr>
        <w:t>We hereby tender and stand ready, willing, and able to remit the balance of the purchase price. Accordingly, we claim the right to recover the Goods which are the subject of the above contract notwithstanding the fact that [seller name], has become insolvent. Such insolvency occurred within 10 days after its receipt of the installment payment referred to above. Please advise us, at your earliest convenience, when you will release the Goods so that we may make arrangements for delivery.</w:t>
      </w:r>
    </w:p>
    <w:p>
      <w:pPr>
        <w:keepNext w:val="0"/>
        <w:spacing w:before="200" w:after="0" w:line="260" w:lineRule="exact"/>
        <w:ind w:left="360" w:right="0" w:firstLine="0"/>
        <w:jc w:val="both"/>
      </w:pPr>
      <w:r>
        <w:rPr>
          <w:rFonts w:ascii="Times New Roman" w:hAnsi="Times New Roman" w:eastAsia="Times New Roman" w:cs="Times New Roman"/>
          <w:b w:val="0"/>
          <w:sz w:val="24"/>
        </w:rPr>
        <w:t>Very truly yours,</w:t>
      </w:r>
    </w:p>
    <w:p>
      <w:pPr>
        <w:keepNext w:val="0"/>
        <w:spacing w:before="120" w:after="0" w:line="260" w:lineRule="exact"/>
        <w:ind w:left="360" w:right="0" w:firstLine="0"/>
        <w:jc w:val="left"/>
      </w:pPr>
      <w:r>
        <w:rPr>
          <w:rFonts w:ascii="Times New Roman" w:hAnsi="Times New Roman" w:eastAsia="Times New Roman" w:cs="Times New Roman"/>
          <w:b w:val="0"/>
          <w:sz w:val="24"/>
        </w:rPr>
        <w:t>[buyer 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