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Class Action Pendency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LEGAL NOTICE BY ORDER OF THE COURT</w:t>
      </w:r>
    </w:p>
    <w:p>
      <w:pPr>
        <w:keepNext w:val="0"/>
        <w:spacing w:before="200" w:after="0" w:line="260" w:lineRule="exact"/>
        <w:ind w:left="36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authorized this Notice. This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w:t>
      </w:r>
    </w:p>
    <w:p>
      <w:pPr>
        <w:keepNext w:val="0"/>
        <w:spacing w:before="120" w:after="0" w:line="260" w:lineRule="exact"/>
        <w:ind w:left="360" w:right="0" w:firstLine="0"/>
        <w:jc w:val="left"/>
      </w:pPr>
      <w:r>
        <w:rPr>
          <w:rFonts w:ascii="Times New Roman" w:hAnsi="Times New Roman" w:eastAsia="Times New Roman" w:cs="Times New Roman"/>
          <w:b/>
          <w:sz w:val="24"/>
        </w:rPr>
        <w:t>NOTICE OF PENDENCY OF CLASS ACTION</w:t>
      </w:r>
    </w:p>
    <w:p>
      <w:pPr>
        <w:keepNext w:val="0"/>
        <w:spacing w:before="200" w:after="0" w:line="260" w:lineRule="exact"/>
        <w:ind w:left="720" w:right="0" w:firstLine="0"/>
        <w:jc w:val="center"/>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[DESCRIPTION OF CLASS]</w:t>
      </w:r>
    </w:p>
    <w:p>
      <w:pPr>
        <w:keepNext w:val="0"/>
        <w:spacing w:before="200" w:after="0" w:line="260" w:lineRule="exact"/>
        <w:ind w:left="720" w:right="0" w:firstLine="0"/>
        <w:jc w:val="center"/>
      </w:pPr>
      <w:r>
        <w:rPr>
          <w:rFonts w:ascii="Times New Roman" w:hAnsi="Times New Roman" w:eastAsia="Times New Roman" w:cs="Times New Roman"/>
          <w:b/>
          <w:sz w:val="24"/>
        </w:rPr>
        <w:t>IF YOU MEET THIS DESCRIPTION, YOU SHOULD READ THIS NOTICE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CAREFULLY BECAUSE IT WILL AFFECT YOUR RIGHTS</w:t>
      </w:r>
    </w:p>
    <w:p>
      <w:pPr>
        <w:keepNext w:val="0"/>
        <w:spacing w:before="120" w:after="0" w:line="260" w:lineRule="exact"/>
        <w:ind w:left="720" w:right="0" w:firstLine="0"/>
        <w:jc w:val="left"/>
      </w:pPr>
      <w:r>
        <w:rPr>
          <w:rFonts w:ascii="Times New Roman" w:hAnsi="Times New Roman" w:eastAsia="Times New Roman" w:cs="Times New Roman"/>
          <w:b/>
          <w:sz w:val="24"/>
        </w:rPr>
        <w:t>PURPOSE OF THIS NOTICE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notice informs you about the lawsuit described below that is being litigated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class of persons.</w:t>
      </w:r>
    </w:p>
    <w:p>
      <w:pPr>
        <w:keepNext w:val="0"/>
        <w:spacing w:before="120" w:after="0" w:line="260" w:lineRule="exact"/>
        <w:ind w:left="720" w:right="0" w:firstLine="0"/>
        <w:jc w:val="left"/>
      </w:pPr>
      <w:r>
        <w:rPr>
          <w:rFonts w:ascii="Times New Roman" w:hAnsi="Times New Roman" w:eastAsia="Times New Roman" w:cs="Times New Roman"/>
          <w:b/>
          <w:sz w:val="24"/>
        </w:rPr>
        <w:t>WHAT THE LAWSUIT IS ABOUT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There is currently pending in the [county name] County Superior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lawsuit entitled [case title], Case No. [case number]. The plaintiffs filed the lawsuit against the defendants on behalf of themselves and those persons described above. The lawsuit alleges the defendants [describe claims]. Defendants deny that they have done anything wrong and deny that any class member has been injured or suffered damages.</w:t>
      </w:r>
    </w:p>
    <w:p>
      <w:pPr>
        <w:keepNext w:val="0"/>
        <w:spacing w:before="120" w:after="0" w:line="260" w:lineRule="exact"/>
        <w:ind w:left="720" w:right="0" w:firstLine="0"/>
        <w:jc w:val="left"/>
      </w:pPr>
      <w:r>
        <w:rPr>
          <w:rFonts w:ascii="Times New Roman" w:hAnsi="Times New Roman" w:eastAsia="Times New Roman" w:cs="Times New Roman"/>
          <w:b/>
          <w:sz w:val="24"/>
        </w:rPr>
        <w:t>LEGAL RIGHTS AND OPTIONS OF CLASS MEMBERS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you want, the Court will exclude you from this action so long as the request form below is completed and postmarked on or before [deadline for request for exclusion].</w:t>
      </w:r>
    </w:p>
    <w:p>
      <w:pPr>
        <w:keepNext w:val="0"/>
        <w:spacing w:before="200" w:after="0" w:line="260" w:lineRule="exact"/>
        <w:ind w:left="1080" w:right="0" w:firstLine="0"/>
        <w:jc w:val="both"/>
      </w:pPr>
      <w:r>
        <w:rPr>
          <w:rFonts w:ascii="Times New Roman" w:hAnsi="Times New Roman" w:eastAsia="Times New Roman" w:cs="Times New Roman"/>
          <w:b w:val="0"/>
          <w:sz w:val="24"/>
        </w:rPr>
        <w:t>If you do not exclude yourself in writing as described below, your claims will be resolved by the Court's rulings in this lawsuit. In other words, any judgment the Court reaches in this case, whether favorable or not, will be binding on and final for you.</w:t>
      </w:r>
    </w:p>
    <w:p>
      <w:pPr>
        <w:keepNext w:val="0"/>
        <w:spacing w:before="120" w:after="0" w:line="260" w:lineRule="exact"/>
        <w:ind w:left="720" w:right="0" w:firstLine="0"/>
        <w:jc w:val="left"/>
      </w:pPr>
      <w:r>
        <w:rPr>
          <w:rFonts w:ascii="Times New Roman" w:hAnsi="Times New Roman" w:eastAsia="Times New Roman" w:cs="Times New Roman"/>
          <w:b/>
          <w:sz w:val="24"/>
        </w:rPr>
        <w:t>YOUR OPTIONS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 Nothing.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you want to participate in this class action lawsuit, no further action on your part is required. By doing nothing, you agree to be represented by the attorneys identified below as class counsel and by the plaintiffs as the class representatives for purposes of this lawsuit.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Exclude Yourself from the Class.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You have the right to exclude yourself ("opt-out") from the Class, meaning you will not be legally bound by the outcome of this class action lawsuit. If you opt-out, you will not be entitled to any portion of any award given to plaintiffs in this lawsuit, although you will retain your right to sue the defendants based on the subject matter of this lawsuit. To "opt-out", you must complete the "Opt-Out Form" accompanying this Notice and follow all instructions on that form.</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Retain Counsel.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do not request exclusion you may, if you so desire, hire your own attorney and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appearance in this lawsuit through that counsel.</w:t>
      </w:r>
    </w:p>
    <w:p>
      <w:pPr>
        <w:keepNext w:val="0"/>
        <w:spacing w:before="120" w:after="0" w:line="260" w:lineRule="exact"/>
        <w:ind w:left="720" w:right="0" w:firstLine="0"/>
        <w:jc w:val="left"/>
      </w:pPr>
      <w:r>
        <w:rPr>
          <w:rFonts w:ascii="Times New Roman" w:hAnsi="Times New Roman" w:eastAsia="Times New Roman" w:cs="Times New Roman"/>
          <w:b/>
          <w:sz w:val="24"/>
        </w:rPr>
        <w:t>OPT-OUT FORM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hereby assert my right to be excluded from the Class in [case title].</w:t>
      </w:r>
    </w:p>
    <w:p>
      <w:pPr>
        <w:keepNext w:val="0"/>
        <w:spacing w:before="200" w:after="0" w:line="260" w:lineRule="exact"/>
        <w:ind w:left="1080" w:right="0" w:firstLine="0"/>
        <w:jc w:val="both"/>
      </w:pPr>
      <w:r>
        <w:rPr>
          <w:rFonts w:ascii="Times New Roman" w:hAnsi="Times New Roman" w:eastAsia="Times New Roman" w:cs="Times New Roman"/>
          <w:b w:val="0"/>
          <w:sz w:val="24"/>
        </w:rPr>
        <w:t>Print Name: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Address Line 1: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Address Line 2: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Date: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Instructions: For your request above to be effective, you MUST provide your name and address AND sign and date the form. Your completed form MUST be postmarked by [deadline for request for exclusion], and MUST be mailed to the following address:</w:t>
      </w:r>
    </w:p>
    <w:p>
      <w:pPr>
        <w:keepNext w:val="0"/>
        <w:spacing w:before="200" w:after="0" w:line="260" w:lineRule="exact"/>
        <w:ind w:left="1080" w:right="0" w:firstLine="0"/>
        <w:jc w:val="center"/>
      </w:pPr>
      <w:r>
        <w:rPr>
          <w:rFonts w:ascii="Times New Roman" w:hAnsi="Times New Roman" w:eastAsia="Times New Roman" w:cs="Times New Roman"/>
          <w:b w:val="0"/>
          <w:sz w:val="24"/>
        </w:rPr>
        <w:t>[Name and address of plaintiff's counsel]</w:t>
      </w:r>
    </w:p>
    <w:p>
      <w:pPr>
        <w:keepNext w:val="0"/>
        <w:spacing w:before="200" w:after="0" w:line="260" w:lineRule="exact"/>
        <w:ind w:left="1080" w:right="0" w:firstLine="0"/>
        <w:jc w:val="both"/>
      </w:pPr>
      <w:r>
        <w:rPr>
          <w:rFonts w:ascii="Times New Roman" w:hAnsi="Times New Roman" w:eastAsia="Times New Roman" w:cs="Times New Roman"/>
          <w:b w:val="0"/>
          <w:sz w:val="24"/>
        </w:rPr>
        <w:t>Failure to follow these instructions will make your request ineffective.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