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Commencement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COMMENCEMENT OF PUBLIC IMPROVEMENT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Section 1311.252, Ohio Revised Code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Ohio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_______________, SS.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by [name of public authority, address of public authority], of the commencement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public improvement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public improvement is identified as: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Project Name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Project Number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Location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principal contractors on the public improvement and the trade and surety of each are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Trade: ____________________________________________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Contract: 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Principal Contractor: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Surety: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Trade: ____________________________________________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Contract: 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Principal Contractor: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Surety: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Trade: ____________________________________________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Contract: 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Principal Contractor: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Surety: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Trade: ____________________________________________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Contract: ___________________________________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Principal Contractor: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Surety: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and 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representative of the [name of public authority] upon whom service may be made for the purpose of serving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affidavit pursuant to Section 1311.26 of the Ohio Revised Code is: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 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Name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________________________________________ 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Title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________________________________________ </w:t>
      </w:r>
    </w:p>
    <w:p>
      <w:pPr>
        <w:keepNext w:val="0"/>
        <w:spacing w:before="200" w:after="0" w:line="260" w:lineRule="exact"/>
        <w:ind w:left="144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Address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__________________________________ 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person as agent for public authority]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and subscribed before me this [day] day of [month], [year], by [name of person as agent for public authority] of [name of public authority].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