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Commencement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Permit No. ____________________ Tax Folio No. ____________________ </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hereby gives notice that improvement will be made to certain real property, and in accordance with Chapter 713 of the Florida Statutes, the following information is provided in this Notice of Commencement.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Description of property: [legal description of the property, and street address and tax folio number if available].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General description of improvement: [description].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Owner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Address: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Interest in property: 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[If fee simple title holder other than owner, add:]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and address of fee simple titleholder: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Address: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Phone number: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Surety: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Address: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Phone number: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Amount of bond: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Lender: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Address: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Phone number: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Person in Florida designated by Owner on whom notices or other documents may be served as provided by </w:t>
      </w:r>
      <w:r>
        <w:rPr>
          <w:rFonts w:ascii="Times New Roman" w:hAnsi="Times New Roman" w:eastAsia="Times New Roman" w:cs="Times New Roman"/>
          <w:b w:val="0"/>
          <w:sz w:val="24"/>
        </w:rPr>
        <w:t>Fla. Stat. § 713.13(1)(</w:t>
      </w:r>
      <w:r>
        <w:rPr>
          <w:rFonts w:ascii="Times New Roman" w:hAnsi="Times New Roman" w:eastAsia="Times New Roman" w:cs="Times New Roman"/>
          <w:b/>
          <w:sz w:val="24"/>
        </w:rPr>
        <w:t>a</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Address: 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Phone number: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Notice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[himself or herself], Owner designates [name] of [address]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Lienor's Notice as provided in </w:t>
      </w:r>
      <w:r>
        <w:rPr>
          <w:rFonts w:ascii="Times New Roman" w:hAnsi="Times New Roman" w:eastAsia="Times New Roman" w:cs="Times New Roman"/>
          <w:b w:val="0"/>
          <w:sz w:val="24"/>
        </w:rPr>
        <w:t>Fla. Stat. § 713.13(1)(b)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Phone number: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Expiration date of notice of commencement [the expiration date is 1 year from the date of recording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date is specified]: ______________, 201__.</w:t>
      </w:r>
    </w:p>
    <w:p>
      <w:pPr>
        <w:keepNext w:val="0"/>
        <w:spacing w:before="200" w:after="0" w:line="260" w:lineRule="exact"/>
        <w:ind w:left="360" w:right="0" w:firstLine="0"/>
        <w:jc w:val="both"/>
      </w:pPr>
      <w:r>
        <w:rPr>
          <w:rFonts w:ascii="Times New Roman" w:hAnsi="Times New Roman" w:eastAsia="Times New Roman" w:cs="Times New Roman"/>
          <w:b/>
          <w:sz w:val="24"/>
        </w:rPr>
        <w:t xml:space="preserve">WARNING TO OWNER: ANY PAYMENTS MADE BY THE OWNER AFTER THE EXPIRATION OF THE NOTICE OF COMMENCEMENT ARE CONSIDERED IMPROPER PAYMENTS UNDER CHAPTER 713, PART I, SECTION 713.13, FLORIDA STATUTES, AND CAN RESULT IN YOUR PAYING TWICE FOR IMPROVEMENTS TO YOUR PROPERTY.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NOTICE OF COMMENCEMENT MUST BE RECORDED AND POSTED ON THE JOB SITE BEFORE THE FIRST INSPECTION. IF YOU INTEND TO OBTAIN FINANCING, CONSULT WITH YOUR LENDER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ATTORNEY BEFORE COMMENCING WORK OR RECORDING YOUR NOTICE OF COMMENCEMENT.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w:t>
      </w:r>
      <w:r>
        <w:rPr>
          <w:rFonts w:ascii="Times New Roman" w:hAnsi="Times New Roman" w:eastAsia="Times New Roman" w:cs="Times New Roman"/>
          <w:b w:val="0"/>
          <w:sz w:val="24"/>
        </w:rPr>
        <w:t>signature of owner or owner's authorized officer/director/partner/manager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[signatory's title/office]</w:t>
      </w:r>
    </w:p>
    <w:p>
      <w:pPr>
        <w:keepNext w:val="0"/>
        <w:spacing w:before="200" w:after="0" w:line="260" w:lineRule="exact"/>
        <w:ind w:left="360" w:right="0" w:firstLine="0"/>
        <w:jc w:val="both"/>
      </w:pPr>
      <w:r>
        <w:rPr>
          <w:rFonts w:ascii="Times New Roman" w:hAnsi="Times New Roman" w:eastAsia="Times New Roman" w:cs="Times New Roman"/>
          <w:b w:val="0"/>
          <w:sz w:val="24"/>
        </w:rPr>
        <w:t>The foregoing instrument was acknowledged before me this [day] day of [month, year], by [name of person] as [type of authority, e.g. officer, trustee, attorney in fact] for [name of party on behalf of whom instrument was executed].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w:t>
      </w:r>
      <w:r>
        <w:rPr>
          <w:rFonts w:ascii="Times New Roman" w:hAnsi="Times New Roman" w:eastAsia="Times New Roman" w:cs="Times New Roman"/>
          <w:b w:val="0"/>
          <w:sz w:val="24"/>
        </w:rPr>
        <w:t>signature of Notary Public--State of Florida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[Print, Type, or stamp commissioned name of 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office of individual taking acknowledgment]</w:t>
      </w:r>
    </w:p>
    <w:p>
      <w:pPr>
        <w:keepNext w:val="0"/>
        <w:spacing w:before="200" w:after="0" w:line="260" w:lineRule="exact"/>
        <w:ind w:left="360" w:right="0" w:firstLine="0"/>
        <w:jc w:val="both"/>
      </w:pPr>
      <w:r>
        <w:rPr>
          <w:rFonts w:ascii="Times New Roman" w:hAnsi="Times New Roman" w:eastAsia="Times New Roman" w:cs="Times New Roman"/>
          <w:b w:val="0"/>
          <w:sz w:val="24"/>
        </w:rPr>
        <w:t>Personally Known ___________________ OR Produced Identification 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Type of Identification Produced 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Verification pursuant to Fla. Stat. § 92.525</w:t>
      </w:r>
    </w:p>
    <w:p>
      <w:pPr>
        <w:keepNext w:val="0"/>
        <w:spacing w:before="200" w:after="0" w:line="260" w:lineRule="exact"/>
        <w:ind w:left="360" w:right="0" w:firstLine="0"/>
        <w:jc w:val="both"/>
      </w:pPr>
      <w:r>
        <w:rPr>
          <w:rFonts w:ascii="Times New Roman" w:hAnsi="Times New Roman" w:eastAsia="Times New Roman" w:cs="Times New Roman"/>
          <w:b w:val="0"/>
          <w:sz w:val="24"/>
        </w:rPr>
        <w:t>Under penalties of perjury, I declare that I have read the foregoing and that the facts stated in it are true to the best of my knowledge and belief.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 [</w:t>
      </w:r>
      <w:r>
        <w:rPr>
          <w:rFonts w:ascii="Times New Roman" w:hAnsi="Times New Roman" w:eastAsia="Times New Roman" w:cs="Times New Roman"/>
          <w:b w:val="0"/>
          <w:sz w:val="24"/>
        </w:rPr>
        <w:t>signature of natural person signing above</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