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of Completion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______________________ </w:t>
      </w:r>
    </w:p>
    <w:p>
      <w:pPr>
        <w:keepNext w:val="0"/>
        <w:spacing w:before="6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Space above this line for recorder’s use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NOTICE OF COMPLETION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NOTICE IS HEREBY GIVEN THAT: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undersigned is the owner of the property described below.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full name and address of the undersigned is [name] [address].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work of improvement on the property hereinafter described was completed on [date].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name of the direct contractor, if any, for the work of improvement is [name of contractor, or if no contractor for the work of improvement 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whole, insert the word “none”]. </w:t>
      </w:r>
      <w:r>
        <w:rPr>
          <w:rFonts w:ascii="Times New Roman" w:hAnsi="Times New Roman" w:eastAsia="Times New Roman" w:cs="Times New Roman"/>
          <w:b/>
          <w:sz w:val="24"/>
        </w:rPr>
        <w:t xml:space="preserve">[Optional Clause to Paragraph </w:t>
      </w:r>
      <w:r>
        <w:rPr>
          <w:rFonts w:ascii="Times New Roman" w:hAnsi="Times New Roman" w:eastAsia="Times New Roman" w:cs="Times New Roman"/>
          <w:b/>
          <w:sz w:val="24"/>
        </w:rPr>
        <w:t>4.</w:t>
      </w:r>
      <w:r>
        <w:rPr>
          <w:rFonts w:ascii="Times New Roman" w:hAnsi="Times New Roman" w:eastAsia="Times New Roman" w:cs="Times New Roman"/>
          <w:b/>
          <w:sz w:val="24"/>
        </w:rPr>
        <w:t xml:space="preserve"> if notice covers completion of contract for only part of the work: The work and/or materials provided consisted of [general description of work or materials]]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property on which the work of improvement was completed is in the City of [city], County of [county], State of California, and is described as follows: [description of jobsite].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construction lender for the project is [name] [address].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______________________.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 (signature)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VERIFICATION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I, the undersigned, say: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 am the person who signed the foregoing notice. I have read the above notice and know its contents, and the facts stated therein are true of my own knowledge.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 declare under penalty of perjury that the foregoing is true and correct.</w:t>
      </w:r>
    </w:p>
    <w:p>
      <w:pPr/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Executed at ______________________, California, this ____________ day of ______________________,  ______________________.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 (signature)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