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Completion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Space above this line for recorder's use. (See recording requirements and Cal. Gov’t. Code § 27361.1. This form should be printed on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8 ½ x 11” page, including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return address on the top left that is 2” down and 3” across, leaving the space to the right for the recording stamp.)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TAKE NOTE: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notice relates to certain real property located at [street address], known by the following legal description [legal description], and assigned Assessor’s Parcel Number [APN], within the City of [_______________] and County of [_____________], State of California. (“Real Property”)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work of improvement was undertaken on the Real Property, described as follows: [describe the type of improvement]. (“Improvement”)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and address of the direct or original contractor responsible for the Improvement is as follows: [identify the direct or original contractor, business name, and address].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Improvement is now Complete. [Alternatively: the following portion of the Improvement is Complete:  [describe the portion of the work of improvement complete AND identify the name and address of the direct contractor responsible for that specific work].]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Notice is given by or on behalf of [full name] (“Owner”),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owner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[type of interest, (e.g. fee simple, leasehold, etc.)] interest in the Real Property.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Owner’s full address is as follows: [full address].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following persons or entities also own or are known to claim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interest in the Real Property: [name of any co-owner], whose address is [co-owner’s address] (add additional lines as needed for additional co-owners).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and address of any construction lender is as follows: [name and address of any construction lender related to the work of improvement identified in the notice].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following persons or entities previously owned or claimed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interest in the Real Property at the time the Improvement was undertaken and later transferred that ownership or interest to the Owner: [names and addresses of predecessor owners].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 MUST BE 15 days or less after the date the work was completed]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owner or representative and capacity]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VERIFICATION [individual]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the undersigned, say: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am the person who signed the foregoing notice. I have read the notice, know its contents, and acknowledge the facts stated therein are true of my own personal knowledge.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declare under penalty of perjury that the foregoing is true and correct.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at [location], California, this [day] day of [month], [year].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VERIFICATION [not individual]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the undersigned, say: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am the [title or position] of [____________________], the Owner of the Real Property, described above, located at [street address] and have signed the foregoing notice. I have read the notice, know its contents, acknowledge the facts stated therein are true of my own personal knowledge, and confirm that I am authorized to sign the Notice on behalf of the Owner. I declare, under penalty of perjury, that the foregoing is true and correct.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at [location], California, this [day] day of [month], [year].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