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Death Affidavit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PREPARED BY AND RETURN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MAIL SUBSEQUENT TAX BILL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[beneficiary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[client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_____________________________________________________________________________________________________________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DEATH AFFIDAVIT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[beneficiary/beneficiaries], being duly sworn on oath,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[decedent's name] died on [decedent's sate of death]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[county], Illinois owning residential real estate legally described as: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[legal description (e.g., lot, block, and subdivision name)]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property address of the residential real estate is [street address], [city], Illinois [zip code] and the property identification number is [property index number.]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Transfer on Death Instrument dated [Month Day, 20__] and recorded [Month Day, 20__] as Document Number [number on recorded document], in the Office of the Recorder for [county name], County, Illinois named the following [individual/individuals] as [beneficiary/beneficiaries] as successive [owner/owners] of the property referenced above with the stated percentage/share of said property: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undersigned [beneficiary/beneficiaries] hereby [accepts/accept] the transfer of residential real estate under the above-referenced transfer on death instrument this [Month day 20__].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Beneficiary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[beneficiary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the undersigned,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Notary Public in and for said County, in the state aforesaid, DO HEREBY CERTIFY THAT [name of beneficiary/beneficiaries], personally known to me to be the same [person/persons] whose name [is/are] subscribed to the foregoing instrument, appeared before me this day in person, and swore on oath to the above foregoing affidavit.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 and sworn to before me this _______ day of ________, 20__.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 on __________________, 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