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Default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OF DELINQUENT RENT/NOTICE OF DEFAULT</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VIA HAND DELIVERY AND</w:t>
      </w:r>
    </w:p>
    <w:p>
      <w:pPr>
        <w:keepNext w:val="0"/>
        <w:spacing w:before="60" w:after="0" w:line="260" w:lineRule="exact"/>
        <w:ind w:left="720" w:right="0" w:firstLine="0"/>
        <w:jc w:val="both"/>
      </w:pPr>
      <w:r>
        <w:rPr>
          <w:rFonts w:ascii="Times New Roman" w:hAnsi="Times New Roman" w:eastAsia="Times New Roman" w:cs="Times New Roman"/>
          <w:b w:val="0"/>
          <w:sz w:val="24"/>
        </w:rPr>
        <w:t>CERTIFIED MAIL</w:t>
      </w:r>
    </w:p>
    <w:p>
      <w:pPr>
        <w:keepNext w:val="0"/>
        <w:spacing w:before="60" w:after="0" w:line="260" w:lineRule="exact"/>
        <w:ind w:left="720" w:right="0" w:firstLine="0"/>
        <w:jc w:val="both"/>
      </w:pPr>
      <w:r>
        <w:rPr>
          <w:rFonts w:ascii="Times New Roman" w:hAnsi="Times New Roman" w:eastAsia="Times New Roman" w:cs="Times New Roman"/>
          <w:b w:val="0"/>
          <w:sz w:val="24"/>
        </w:rPr>
        <w:t>RETURN RECEIPT REQUESTED</w:t>
      </w:r>
    </w:p>
    <w:p>
      <w:pPr>
        <w:keepNext w:val="0"/>
        <w:spacing w:before="200" w:after="0" w:line="260" w:lineRule="exact"/>
        <w:ind w:left="720" w:right="0" w:firstLine="0"/>
        <w:jc w:val="both"/>
      </w:pPr>
      <w:r>
        <w:rPr>
          <w:rFonts w:ascii="Times New Roman" w:hAnsi="Times New Roman" w:eastAsia="Times New Roman" w:cs="Times New Roman"/>
          <w:b w:val="0"/>
          <w:sz w:val="24"/>
        </w:rPr>
        <w:t>[tenant’s name]</w:t>
      </w:r>
    </w:p>
    <w:p>
      <w:pPr>
        <w:keepNext w:val="0"/>
        <w:spacing w:before="200" w:after="0" w:line="260" w:lineRule="exact"/>
        <w:ind w:left="720" w:right="0" w:firstLine="0"/>
        <w:jc w:val="both"/>
      </w:pPr>
      <w:r>
        <w:rPr>
          <w:rFonts w:ascii="Times New Roman" w:hAnsi="Times New Roman" w:eastAsia="Times New Roman" w:cs="Times New Roman"/>
          <w:b w:val="0"/>
          <w:sz w:val="24"/>
        </w:rPr>
        <w:t>[tenant’s address]</w:t>
      </w:r>
    </w:p>
    <w:p>
      <w:pPr>
        <w:keepNext w:val="0"/>
        <w:spacing w:before="200" w:after="0" w:line="260" w:lineRule="exact"/>
        <w:ind w:left="720" w:right="0" w:firstLine="0"/>
        <w:jc w:val="right"/>
      </w:pPr>
      <w:r>
        <w:rPr>
          <w:rFonts w:ascii="Times New Roman" w:hAnsi="Times New Roman" w:eastAsia="Times New Roman" w:cs="Times New Roman"/>
          <w:b w:val="0"/>
          <w:sz w:val="24"/>
        </w:rPr>
        <w:t>Make check payable to:</w:t>
      </w:r>
    </w:p>
    <w:p>
      <w:pPr>
        <w:keepNext w:val="0"/>
        <w:spacing w:before="200" w:after="0" w:line="260" w:lineRule="exact"/>
        <w:ind w:left="720" w:right="0" w:firstLine="0"/>
        <w:jc w:val="right"/>
      </w:pPr>
      <w:r>
        <w:rPr>
          <w:rFonts w:ascii="Times New Roman" w:hAnsi="Times New Roman" w:eastAsia="Times New Roman" w:cs="Times New Roman"/>
          <w:b w:val="0"/>
          <w:sz w:val="24"/>
        </w:rPr>
        <w:t>[landlord’s name]</w:t>
      </w:r>
    </w:p>
    <w:p>
      <w:pPr>
        <w:keepNext w:val="0"/>
        <w:spacing w:before="200" w:after="0" w:line="260" w:lineRule="exact"/>
        <w:ind w:left="720" w:right="0" w:firstLine="0"/>
        <w:jc w:val="right"/>
      </w:pPr>
      <w:r>
        <w:rPr>
          <w:rFonts w:ascii="Times New Roman" w:hAnsi="Times New Roman" w:eastAsia="Times New Roman" w:cs="Times New Roman"/>
          <w:b w:val="0"/>
          <w:sz w:val="24"/>
        </w:rPr>
        <w:t>Federal ID# ____________________</w:t>
      </w:r>
    </w:p>
    <w:p>
      <w:pPr>
        <w:keepNext w:val="0"/>
        <w:spacing w:before="200" w:after="0" w:line="260" w:lineRule="exact"/>
        <w:ind w:left="720" w:right="0" w:firstLine="0"/>
        <w:jc w:val="right"/>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IF YOU HAVE SUBMITTED PAYMENT. PLEASE DISREGARD</w:t>
      </w:r>
    </w:p>
    <w:p>
      <w:pPr>
        <w:keepNext w:val="0"/>
        <w:spacing w:before="200" w:after="0" w:line="260" w:lineRule="exact"/>
        <w:ind w:left="720" w:right="0" w:firstLine="0"/>
        <w:jc w:val="both"/>
      </w:pPr>
      <w:r>
        <w:rPr>
          <w:rFonts w:ascii="Times New Roman" w:hAnsi="Times New Roman" w:eastAsia="Times New Roman" w:cs="Times New Roman"/>
          <w:b w:val="0"/>
          <w:sz w:val="24"/>
        </w:rPr>
        <w:t>Dear Tenant:</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that certain Lease by and between LANDLORD as "Landlord", and TENANT "Tenant", for [description of leased premises] the "Demised Premises".</w:t>
      </w:r>
    </w:p>
    <w:p>
      <w:pPr>
        <w:keepNext w:val="0"/>
        <w:spacing w:before="200" w:after="0" w:line="260" w:lineRule="exact"/>
        <w:ind w:left="720" w:right="0" w:firstLine="0"/>
        <w:jc w:val="both"/>
      </w:pPr>
      <w:r>
        <w:rPr>
          <w:rFonts w:ascii="Times New Roman" w:hAnsi="Times New Roman" w:eastAsia="Times New Roman" w:cs="Times New Roman"/>
          <w:b w:val="0"/>
          <w:sz w:val="24"/>
        </w:rPr>
        <w:t>Please be advised that Tenant has failed to comply with the provisions of the Lease by failing to make certain payments that are now due and owing. In the event Tenant fails to remit to Landlord the amount identified below within [number of days] days of receipt of this notice, Tenant will be in default of the Lease and Landlord will consider its remedies under the Lease. Accordingly, Landlord may be entitled to (i) terminate the Lease or terminate Tenant's right of possession of the Demised Premises, (ii) interest on all past due amounts and (iii) reimbursement for all legal fees and expenses incurred by Landlord. If Landlord terminates the Lease or terminates Tenant's right of possession of the Demised Premises, then Landlord may be entitled to lock the Tenant out of the Demised Premises as provided under the Lease, or seek possession of the Demised Premises by forcible detainer (</w:t>
      </w:r>
      <w:r>
        <w:rPr>
          <w:rFonts w:ascii="Times New Roman" w:hAnsi="Times New Roman" w:eastAsia="Times New Roman" w:cs="Times New Roman"/>
          <w:b w:val="0"/>
          <w:sz w:val="24"/>
        </w:rPr>
        <w:t>i.e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lawsuit).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is not intended, nor shall it be construed,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obligations of the Tenant or any other person or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election of any rights or remedies of the Landlord. The Landlord hereby expressly reserves all rights and remedies it may have with respect to the Lease. The Landlord's acceptance of any partial payments made voluntarily or involuntarily under the Lease shall not be deemed or construed to cure any default or preclude the Landlord's further exercise or enforcement or rights or remedies following from any such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amount of past due charges under the Lease as of the date of this letter is at least $[amount]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for this amount should be forwarded to the address above. All questions should be directed to the undersigned at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LANDLORD</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[title]</w:t>
      </w:r>
    </w:p>
    <w:p>
      <w:pPr>
        <w:keepNext w:val="0"/>
        <w:spacing w:before="200" w:after="0" w:line="260" w:lineRule="exact"/>
        <w:ind w:left="720" w:right="0" w:firstLine="0"/>
        <w:jc w:val="both"/>
      </w:pPr>
      <w:r>
        <w:rPr>
          <w:rFonts w:ascii="Times New Roman" w:hAnsi="Times New Roman" w:eastAsia="Times New Roman" w:cs="Times New Roman"/>
          <w:b w:val="0"/>
          <w:sz w:val="24"/>
        </w:rPr>
        <w:t>cc: GUARANTOR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