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Default and Reservation of Rights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sz w:val="24"/>
        </w:rPr>
        <w:t>VIA CERTIFIED MAIL</w:t>
      </w:r>
    </w:p>
    <w:p>
      <w:pPr>
        <w:keepNext w:val="0"/>
        <w:spacing w:before="200" w:after="0" w:line="260" w:lineRule="exact"/>
        <w:ind w:left="360" w:right="0" w:firstLine="0"/>
        <w:jc w:val="both"/>
      </w:pPr>
      <w:r>
        <w:rPr>
          <w:rFonts w:ascii="Times New Roman" w:hAnsi="Times New Roman" w:eastAsia="Times New Roman" w:cs="Times New Roman"/>
          <w:b w:val="0"/>
          <w:sz w:val="24"/>
        </w:rPr>
        <w:t>[BORROWER COMPANY NAME]</w:t>
      </w:r>
    </w:p>
    <w:p>
      <w:pPr>
        <w:keepNext w:val="0"/>
        <w:spacing w:before="200" w:after="0" w:line="260" w:lineRule="exact"/>
        <w:ind w:left="360" w:right="0" w:firstLine="0"/>
        <w:jc w:val="both"/>
      </w:pPr>
      <w:r>
        <w:rPr>
          <w:rFonts w:ascii="Times New Roman" w:hAnsi="Times New Roman" w:eastAsia="Times New Roman" w:cs="Times New Roman"/>
          <w:b w:val="0"/>
          <w:sz w:val="24"/>
        </w:rPr>
        <w:t>Attn: [BORROWER CONTACT]</w:t>
      </w:r>
    </w:p>
    <w:p>
      <w:pPr>
        <w:keepNext w:val="0"/>
        <w:spacing w:before="200" w:after="0" w:line="260" w:lineRule="exact"/>
        <w:ind w:left="360" w:right="0" w:firstLine="0"/>
        <w:jc w:val="both"/>
      </w:pPr>
      <w:r>
        <w:rPr>
          <w:rFonts w:ascii="Times New Roman" w:hAnsi="Times New Roman" w:eastAsia="Times New Roman" w:cs="Times New Roman"/>
          <w:b w:val="0"/>
          <w:sz w:val="24"/>
        </w:rPr>
        <w:t>[ADDRESS 1]</w:t>
      </w:r>
    </w:p>
    <w:p>
      <w:pPr>
        <w:keepNext w:val="0"/>
        <w:spacing w:before="200" w:after="0" w:line="260" w:lineRule="exact"/>
        <w:ind w:left="360" w:right="0" w:firstLine="0"/>
        <w:jc w:val="both"/>
      </w:pPr>
      <w:r>
        <w:rPr>
          <w:rFonts w:ascii="Times New Roman" w:hAnsi="Times New Roman" w:eastAsia="Times New Roman" w:cs="Times New Roman"/>
          <w:b w:val="0"/>
          <w:sz w:val="24"/>
        </w:rPr>
        <w:t>[ADDRESS 2]</w:t>
      </w:r>
    </w:p>
    <w:p>
      <w:pPr>
        <w:keepNext w:val="0"/>
        <w:spacing w:before="200" w:after="0" w:line="260" w:lineRule="exact"/>
        <w:ind w:left="360" w:right="0" w:firstLine="0"/>
        <w:jc w:val="both"/>
      </w:pPr>
      <w:r>
        <w:rPr>
          <w:rFonts w:ascii="Times New Roman" w:hAnsi="Times New Roman" w:eastAsia="Times New Roman" w:cs="Times New Roman"/>
          <w:b w:val="0"/>
          <w:sz w:val="24"/>
        </w:rPr>
        <w:t>[BORROWER COMPANY NAME]</w:t>
      </w:r>
    </w:p>
    <w:p>
      <w:pPr>
        <w:keepNext w:val="0"/>
        <w:spacing w:before="200" w:after="0" w:line="260" w:lineRule="exact"/>
        <w:ind w:left="360" w:right="0" w:firstLine="0"/>
        <w:jc w:val="both"/>
      </w:pPr>
      <w:r>
        <w:rPr>
          <w:rFonts w:ascii="Times New Roman" w:hAnsi="Times New Roman" w:eastAsia="Times New Roman" w:cs="Times New Roman"/>
          <w:b w:val="0"/>
          <w:sz w:val="24"/>
        </w:rPr>
        <w:t>Attn: [BORROWER CONTACT]</w:t>
      </w:r>
    </w:p>
    <w:p>
      <w:pPr>
        <w:keepNext w:val="0"/>
        <w:spacing w:before="200" w:after="0" w:line="260" w:lineRule="exact"/>
        <w:ind w:left="360" w:right="0" w:firstLine="0"/>
        <w:jc w:val="both"/>
      </w:pPr>
      <w:r>
        <w:rPr>
          <w:rFonts w:ascii="Times New Roman" w:hAnsi="Times New Roman" w:eastAsia="Times New Roman" w:cs="Times New Roman"/>
          <w:b w:val="0"/>
          <w:sz w:val="24"/>
        </w:rPr>
        <w:t>[ADDRESS 1]</w:t>
      </w:r>
    </w:p>
    <w:p>
      <w:pPr>
        <w:keepNext w:val="0"/>
        <w:spacing w:before="200" w:after="0" w:line="260" w:lineRule="exact"/>
        <w:ind w:left="360" w:right="0" w:firstLine="0"/>
        <w:jc w:val="both"/>
      </w:pPr>
      <w:r>
        <w:rPr>
          <w:rFonts w:ascii="Times New Roman" w:hAnsi="Times New Roman" w:eastAsia="Times New Roman" w:cs="Times New Roman"/>
          <w:b w:val="0"/>
          <w:sz w:val="24"/>
        </w:rPr>
        <w:t>[ADDRESS 2]</w:t>
      </w:r>
    </w:p>
    <w:p>
      <w:pPr>
        <w:keepNext w:val="0"/>
        <w:spacing w:before="200" w:after="0" w:line="260" w:lineRule="exact"/>
        <w:ind w:left="360" w:right="0" w:firstLine="0"/>
        <w:jc w:val="both"/>
      </w:pPr>
      <w:r>
        <w:rPr>
          <w:rFonts w:ascii="Times New Roman" w:hAnsi="Times New Roman" w:eastAsia="Times New Roman" w:cs="Times New Roman"/>
          <w:b w:val="0"/>
          <w:sz w:val="24"/>
        </w:rPr>
        <w:t>[BORROWER INDIVIDUAL NAME]</w:t>
      </w:r>
    </w:p>
    <w:p>
      <w:pPr>
        <w:keepNext w:val="0"/>
        <w:spacing w:before="200" w:after="0" w:line="260" w:lineRule="exact"/>
        <w:ind w:left="360" w:right="0" w:firstLine="0"/>
        <w:jc w:val="both"/>
      </w:pPr>
      <w:r>
        <w:rPr>
          <w:rFonts w:ascii="Times New Roman" w:hAnsi="Times New Roman" w:eastAsia="Times New Roman" w:cs="Times New Roman"/>
          <w:b w:val="0"/>
          <w:sz w:val="24"/>
        </w:rPr>
        <w:t>[ADDRESS 1]</w:t>
      </w:r>
    </w:p>
    <w:p>
      <w:pPr>
        <w:keepNext w:val="0"/>
        <w:spacing w:before="200" w:after="0" w:line="260" w:lineRule="exact"/>
        <w:ind w:left="360" w:right="0" w:firstLine="0"/>
        <w:jc w:val="both"/>
      </w:pPr>
      <w:r>
        <w:rPr>
          <w:rFonts w:ascii="Times New Roman" w:hAnsi="Times New Roman" w:eastAsia="Times New Roman" w:cs="Times New Roman"/>
          <w:b w:val="0"/>
          <w:sz w:val="24"/>
        </w:rPr>
        <w:t>[ADDRESS 2]</w:t>
      </w:r>
    </w:p>
    <w:p>
      <w:pPr>
        <w:keepNext w:val="0"/>
        <w:spacing w:before="200" w:after="0" w:line="260" w:lineRule="exact"/>
        <w:ind w:left="360" w:right="0" w:firstLine="0"/>
        <w:jc w:val="both"/>
      </w:pPr>
      <w:r>
        <w:rPr>
          <w:rFonts w:ascii="Times New Roman" w:hAnsi="Times New Roman" w:eastAsia="Times New Roman" w:cs="Times New Roman"/>
          <w:b w:val="0"/>
          <w:sz w:val="24"/>
        </w:rPr>
        <w:t>Dear Mr./Mrs. [BORROWER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 </w:t>
      </w:r>
      <w:r>
        <w:rPr>
          <w:rFonts w:ascii="Times New Roman" w:hAnsi="Times New Roman" w:eastAsia="Times New Roman" w:cs="Times New Roman"/>
          <w:b/>
          <w:sz w:val="24"/>
        </w:rPr>
        <w:t>Indebtedness and Obligations Owing to [BANK NAME]</w:t>
      </w:r>
    </w:p>
    <w:p>
      <w:pPr>
        <w:keepNext w:val="0"/>
        <w:spacing w:before="120" w:after="0" w:line="260" w:lineRule="exact"/>
        <w:ind w:left="360" w:right="0" w:firstLine="0"/>
        <w:jc w:val="left"/>
      </w:pPr>
      <w:r>
        <w:rPr>
          <w:rFonts w:ascii="Times New Roman" w:hAnsi="Times New Roman" w:eastAsia="Times New Roman" w:cs="Times New Roman"/>
          <w:b/>
          <w:sz w:val="24"/>
        </w:rPr>
        <w:t>Obligations and Security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Reference is hereby made to the following loan documents executed by [BORROWER NAME] ("Borrower") in favor of [BANK NAME] (the "Bank"):</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Promissory Note dated [DATE] in the original principal amount of $[AMOUNT], on which there remains outstanding the principal amount of $[AMOUNT], together with accrued interest, costs and fees.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 Security Agreement dated [DATE] whereby the Borrower granted the Bank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certain personal property Collateral (as defined therein) to secure the payment of the Indebtedness (as defined therein).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Promissory Note dated [DATE] in the original principal amount of $[AMOUNT] (the "$[AMOUNT] Note"), on which there remains outstanding the principal amount of $[AMOUNT], together with accrued interest, costs and fees (collectively, the "$[AMOUNT] Note Indebtedness").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dated [DATE] whereby the Borrower granted the Bank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upon certain real property located at [ADDRESS] in [CITY, STATE, ZIP CODE] (the "$[AMOUNT] Mortgaged Property") to secure the payment of the $[AMOUNT] Note Indebtedness.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Rents dated [DATE] whereby the Borrower granted the Bank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security interest in all Rents (as defined therein) generated from or related to the $[AMOUNT] Mortgaged Property to secure the payment of the $[AMOUNT] Note Indebtedness.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Promissory Note dated [DATE] in the original principal amount of $[AMOUNT] (the "$[AMOUNT] Note"), on which there remains outstanding the principal amount of $[AMOUNT], together with accrued interest, costs and fees (collectively, the $[AMOUNT] Note Indebtedness).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Agricultural Security Agreement dated [DATE] whereby the Borrower granted the Bank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all assets of the Borrower, including but not limited to, all equipment, general intangibles, crops, farm products, farm equipment, fixtures, timber, inventory and accounts to secure the payment of the Indebtedness (as defined therein).</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Mortgaged dated [DATE] whereby the Borrower granted the Bank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upon certain real property commonly known as the [PROPERTY NAME] located on [ADDRESS] in [CITY, STATE, ZIP CODE] (the "$[AMOUNT] Mortgaged Property") to secure the payment of the $[AMOUNT] Note Indebtedness.</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Rents dated [DATE] whereby the Borrower granted the Bank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security interest in all Rents (as defined therein) generated from or related to the $[AMOUNT] Mortgaged Property to secure the payment of the $[AMOUNT] K Note Indebtedness.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Promissory Note dated [DATE] in the original principal amount of $[AMOUNT] (the "$[AMOUNT] K Note"), on which there remains outstanding the principal amount of $[AMOUNT], together with accrued interest, costs and fees (collectively, the "$[AMOUNT] K Note Indebtedness").</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dated [DATE] whereby the Borrower granted the Bank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upon certain real property located at [ADDRESS] in [CITY, STATE, ZIP CODE] (the "$[AMOUNT] Note Mortgaged Property") to secure the payment of the $[AMOUNT] Note Indebtedness.</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Rents dated [DATE] whereby the Borrower granted the Bank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security interest in all Rents (as defined therein) generated from or related to the $[AMOUNT] Note Mortgaged Property to secure the payment of the $[AMOUNT] Note Indebtedness.</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Promissory Note dated [DATE] in the original principal amount of $[AMOUNT] (the "$[AMOUNT] Note"), on which there remains outstanding the principal amount of $[AMOUNT], together with accrued interest, costs and fees (collectively, the "$[AMOUNT] Note Indebtedness").</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Agricultural Security Agreement dated [DATE] whereby the Borrower granted the Bank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all of the Borrower's crops, farms products and timber to secure the payment of the Indebtedness (as defined therein).</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dated [DATE] whereby the Borrower granted the Bank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upon certain real property commonly known as the [PROPERTY NAME] located at [ADDRESS] in [CITY, STATE, ZIP CODE] (the "$[AMOUNT] K Mortgaged Property") to secure the payment of the $[AMOUNT] K Note Indebtedness.</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Rents dated [DATE] whereby the Borrower granted the Bank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security interest in all Rents (as defined therein) generated from or related to the $[AMOUNT] K Mortgaged Property to secure the payment of the $[AMOUNT] K Note Indebtedness.</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Promissory Note dated [DATE] in the original principal amount of $[AMOUNT], on which there remains outstanding the principal amount of $[AMOUNT], together with accrued interest, costs and fees.</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 Security Agreement dated [DATE] whereby the Borrower granted the Bank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certain personal property Collateral (as defined therein) to secure the payment of the Indebtedness (as defined therein).</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Promissory Note dated [DATE] in the original principal amount of $[AMOUNT], on which there remains outstanding the principal amount of $[AMOUNT], together with accrued interest, costs and fees.</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 Security Agreement dated [DATE] whereby Borrower granted the Bank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certain personal property Collateral (as defined therein) to secure the payment of the Indebtedness (as defined therein).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and every promissory note executed by the Borrower shall be collectively referred to hereinafter as the "Notes", and the collective indebtedness evidenced thereby, the "Indebtedness", with each and every document executed in connection with the Indebtedness being referred to collectively as the "Loan Documents", and all real and personal property in which the Bank was granted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pursuant to the Loan Documents to secure the payment of the Indebtedness, the "Collateral".</w:t>
      </w:r>
    </w:p>
    <w:p>
      <w:pPr>
        <w:keepNext w:val="0"/>
        <w:spacing w:before="200" w:after="0" w:line="260" w:lineRule="exact"/>
        <w:ind w:left="720" w:right="0" w:firstLine="0"/>
        <w:jc w:val="both"/>
      </w:pPr>
      <w:r>
        <w:rPr>
          <w:rFonts w:ascii="Times New Roman" w:hAnsi="Times New Roman" w:eastAsia="Times New Roman" w:cs="Times New Roman"/>
          <w:b w:val="0"/>
          <w:sz w:val="24"/>
        </w:rPr>
        <w:t>The full and prompt payment of the Indebtedness was guaranteed by [1ST GUARANTOR NAME] ("__________") and [2ND GUARANTOR NAME] ("__________" and together with [1ST GUARANTOR NAME], the "Guarantors") pursuant to various Commercial Guaranty agreements (collectively, the "Guaranties") that were duly executed and delivered to the Bank.</w:t>
      </w:r>
    </w:p>
    <w:p>
      <w:pPr>
        <w:keepNext w:val="0"/>
        <w:spacing w:before="120" w:after="0" w:line="260" w:lineRule="exact"/>
        <w:ind w:left="360" w:right="0" w:firstLine="0"/>
        <w:jc w:val="left"/>
      </w:pPr>
      <w:r>
        <w:rPr>
          <w:rFonts w:ascii="Times New Roman" w:hAnsi="Times New Roman" w:eastAsia="Times New Roman" w:cs="Times New Roman"/>
          <w:b/>
          <w:sz w:val="24"/>
        </w:rPr>
        <w:t>Notice of Default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You are hereby advised that certain defaults and Events of Default exist under the terms of the Loan Documents, including but not limited to, the failure of the Borrower to make timely debt service payments pursuant to the terms of the Notes. Based upon these defaults, the Bank has certain rights and remedies available to it, both in law and in equity, against the Borrower, Guarantors and the Collateral pursuant to the terms of the Loan Documents and applicable law.</w:t>
      </w:r>
    </w:p>
    <w:p>
      <w:pPr>
        <w:keepNext w:val="0"/>
        <w:spacing w:before="120" w:after="0" w:line="260" w:lineRule="exact"/>
        <w:ind w:left="360" w:right="0" w:firstLine="0"/>
        <w:jc w:val="left"/>
      </w:pPr>
      <w:r>
        <w:rPr>
          <w:rFonts w:ascii="Times New Roman" w:hAnsi="Times New Roman" w:eastAsia="Times New Roman" w:cs="Times New Roman"/>
          <w:b/>
          <w:sz w:val="24"/>
        </w:rPr>
        <w:t>Reservation of 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Bank is interested in working with the Borrower toward reaching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consensual and cooperative strategy for repaying the Indebtedness and, at this time, is not accelerating the Notes and demanding the Indebtedness. The Bank, however, expressly reserves the right to accelerate the Notes and demand the Indebtedness at any time in its sole discretion. In fact, the Bank expressly reserves all rights and remedies it has or may have pursuant to the Loan Documents and applicable law. The Bank may, in its sole discretion, at any time and from time to time, take all such other actions, and may avail itself as to any and all other remedies, as permitted to be taken by or that are granted to the Bank under the Loan Documents following the occurrence and during the continuation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or Event of Default. Nothing herein constitutes or shall be deemed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of the defaults described above or any other default or Event of Default under the Loan Documents. The Bank is not and has not agreed to waive any provision of any of the Loan Documents or to forbear in the exercise of any of its rights and remedies against the Borrower, Guarantors and/or the Collateral, and will not agree to do so except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this Bank expressly referring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forbearance. No oral statement made or claimed to be made by this Bank will modify or waive the provisions of any of the Loan Documents or constitute our agreement to forbear from exercising rights and remedies. Similarly, no action taken or claimed to be taken by this Bank, or its failure to take any action,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modification or agreement to forbear, other than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this Bank.</w:t>
      </w:r>
    </w:p>
    <w:p>
      <w:pPr>
        <w:keepNext w:val="0"/>
        <w:spacing w:before="120" w:after="0" w:line="260" w:lineRule="exact"/>
        <w:ind w:left="360" w:right="0" w:firstLine="0"/>
        <w:jc w:val="left"/>
      </w:pPr>
      <w:r>
        <w:rPr>
          <w:rFonts w:ascii="Times New Roman" w:hAnsi="Times New Roman" w:eastAsia="Times New Roman" w:cs="Times New Roman"/>
          <w:b/>
          <w:sz w:val="24"/>
        </w:rPr>
        <w:t>Request for Documents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furtherance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cooperative resolution of this matter, you are hereby requested to provide to the undersigned within fifteen (15) days from the date of this letter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accountant-prepared financial statements for the Borrower and [2ND GUARANTOR NAME] for the year ending [DATE] as well as interim reports through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Updated accounts receivable and payable agings for the Borrower and [2ND GUARANTOR NAME].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detailed listing of all equipment owned by the Borrower, which listing shall include, but not be limited to, the location of each piece of equipment, its approximate fair market value, and whether it is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money security interest superior to the lien of the Bank.</w:t>
      </w:r>
    </w:p>
    <w:p>
      <w:pPr>
        <w:keepNext w:val="0"/>
        <w:spacing w:before="200" w:after="0" w:line="260" w:lineRule="exact"/>
        <w:ind w:left="360" w:right="0" w:firstLine="0"/>
        <w:jc w:val="both"/>
      </w:pPr>
      <w:r>
        <w:rPr>
          <w:rFonts w:ascii="Times New Roman" w:hAnsi="Times New Roman" w:eastAsia="Times New Roman" w:cs="Times New Roman"/>
          <w:b w:val="0"/>
          <w:sz w:val="24"/>
        </w:rPr>
        <w:t>Your anticipated cooperation is greatly appreciated.</w:t>
      </w: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sz w:val="24"/>
        </w:rPr>
        <w:t>[BANK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cc: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