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Deposition </w:t>
      </w:r>
    </w:p>
    <w:p>
      <w:pPr>
        <w:keepNext w:val="0"/>
        <w:spacing w:after="0" w:line="240" w:lineRule="exact"/>
        <w:ind w:right="0"/>
        <w:jc w:val="both"/>
      </w:pP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North Carolina Rule of Civil Procedure 30, [Plaintiff/ Defendant] [name] will take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deposition upon oral examination of [witness name], [witness address, if known], commencing at [time] on [date] at [address] and continuing from day to day until completed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or other officer authorized to administer oaths.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deposition will be recorded by [sound/audiovisual/stenographic] means.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 (N.C. Bar No. [number])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[Firm name, in bold]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[Plaintiff/Defendant] [name]'s Notice of Deposition of [Name of Deponent]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