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Directors' Special Meeting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Directors' Special Meeting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The Board of Directors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Board of Directors of [name of corporation] will be held at the offices of the Corporation at [address] on [date] at [time,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P.M.] for the purpose of considering [specific purpose of meeting] and for the transaction of such other business as may properly come before the meeting.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of notice]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secretary], Secretary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