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Notice of Dissolution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sz w:val="24"/>
        </w:rPr>
        <w:t>NOTIFICATION OF RIGHT TO PRESENT CLAIM AGAINST [NAME OF CORPORATION] CORPORATION</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[NAME OF CORPORATION] CORPORATION,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Texas corporation (the "Corporation"), is in the process of winding up its business and affairs.</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You may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against [NAME OF CORPORATION] CORPORATION.  To preserve your claim, you must:</w:t>
      </w:r>
    </w:p>
    <w:p>
      <w:pPr>
        <w:keepNext w:val="0"/>
        <w:spacing w:before="120" w:after="0" w:line="260" w:lineRule="exact"/>
        <w:ind w:left="720" w:right="0" w:firstLine="0"/>
        <w:jc w:val="left"/>
      </w:pPr>
      <w:r>
        <w:rPr>
          <w:rFonts w:ascii="Times New Roman" w:hAnsi="Times New Roman" w:eastAsia="Times New Roman" w:cs="Times New Roman"/>
          <w:b w:val="0"/>
          <w:sz w:val="24"/>
        </w:rPr>
        <w:t>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Present the claim in writing to [NAME OF CORPORATION] CORPORATION on or before [Date] (the "Claims Date").</w:t>
      </w:r>
    </w:p>
    <w:p>
      <w:pPr>
        <w:keepNext w:val="0"/>
        <w:spacing w:before="120" w:after="0" w:line="260" w:lineRule="exact"/>
        <w:ind w:left="720" w:right="0" w:firstLine="0"/>
        <w:jc w:val="left"/>
      </w:pPr>
      <w:r>
        <w:rPr>
          <w:rFonts w:ascii="Times New Roman" w:hAnsi="Times New Roman" w:eastAsia="Times New Roman" w:cs="Times New Roman"/>
          <w:b w:val="0"/>
          <w:sz w:val="24"/>
        </w:rPr>
        <w:t>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Describe the claim in sufficient detail to reasonably inform the Corporation of your identity and of the amount and nature of your claim. You must make this description as part of the written presentation of your claim.</w:t>
      </w:r>
    </w:p>
    <w:p>
      <w:pPr>
        <w:keepNext w:val="0"/>
        <w:spacing w:before="120" w:after="0" w:line="260" w:lineRule="exact"/>
        <w:ind w:left="720" w:right="0" w:firstLine="0"/>
        <w:jc w:val="left"/>
      </w:pPr>
      <w:r>
        <w:rPr>
          <w:rFonts w:ascii="Times New Roman" w:hAnsi="Times New Roman" w:eastAsia="Times New Roman" w:cs="Times New Roman"/>
          <w:b w:val="0"/>
          <w:sz w:val="24"/>
        </w:rPr>
        <w:t>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Deliver the claim to [NAME OF CORPORATION] CORPORATION at the following address: [Address] so that it is received no later than the Claims Date referenced above.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PRESENTATION OF YOUR CLAIM IS NOT RECEIVED AT THE ADDRESS GIVEN ABOVE ON OR BEFORE [Date], YOUR CLAIM WILL BE EXTINGUISHED.</w:t>
      </w:r>
    </w:p>
    <w:p>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The claims procedure set out in this notice is the procedure required by §11.358 of the Texas Business Organizations Code.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statutory provision is included with this notice.</w:t>
      </w:r>
    </w:p>
    <w:p>
      <w:pPr>
        <w:keepNext w:val="0"/>
        <w:spacing w:before="120" w:after="0" w:line="260" w:lineRule="exact"/>
        <w:ind w:left="360" w:right="0" w:firstLine="0"/>
        <w:jc w:val="left"/>
      </w:pPr>
      <w:r>
        <w:rPr>
          <w:rFonts w:ascii="Times New Roman" w:hAnsi="Times New Roman" w:eastAsia="Times New Roman" w:cs="Times New Roman"/>
          <w:b w:val="0"/>
          <w:sz w:val="24"/>
        </w:rPr>
        <w:t>[NAME OF CORPORATION] CORPORATION</w:t>
      </w:r>
    </w:p>
    <w:p>
      <w:pPr>
        <w:keepNext w:val="0"/>
        <w:spacing w:before="120" w:after="0" w:line="260" w:lineRule="exact"/>
        <w:ind w:left="360" w:right="0" w:firstLine="0"/>
        <w:jc w:val="left"/>
      </w:pPr>
      <w:r>
        <w:rPr>
          <w:rFonts w:ascii="Times New Roman" w:hAnsi="Times New Roman" w:eastAsia="Times New Roman" w:cs="Times New Roman"/>
          <w:b w:val="0"/>
          <w:sz w:val="24"/>
        </w:rPr>
        <w:t>By: [Signature]</w:t>
      </w:r>
    </w:p>
    <w:p>
      <w:pPr>
        <w:keepNext w:val="0"/>
        <w:spacing w:before="120" w:after="0" w:line="260" w:lineRule="exact"/>
        <w:ind w:left="360" w:right="0" w:firstLine="0"/>
        <w:jc w:val="left"/>
      </w:pPr>
      <w:r>
        <w:rPr>
          <w:rFonts w:ascii="Times New Roman" w:hAnsi="Times New Roman" w:eastAsia="Times New Roman" w:cs="Times New Roman"/>
          <w:b w:val="0"/>
          <w:sz w:val="24"/>
        </w:rPr>
        <w:t>Name: [Name of Officer]</w:t>
      </w:r>
    </w:p>
    <w:p>
      <w:pPr>
        <w:keepNext w:val="0"/>
        <w:spacing w:before="120" w:after="0" w:line="260" w:lineRule="exact"/>
        <w:ind w:left="360" w:right="0" w:firstLine="0"/>
        <w:jc w:val="left"/>
      </w:pPr>
      <w:r>
        <w:rPr>
          <w:rFonts w:ascii="Times New Roman" w:hAnsi="Times New Roman" w:eastAsia="Times New Roman" w:cs="Times New Roman"/>
          <w:b w:val="0"/>
          <w:sz w:val="24"/>
        </w:rPr>
        <w:t>Title: [Title of Officer]</w:t>
      </w:r>
    </w:p>
    <w:p>
      <w:pPr>
        <w:keepNext w:val="0"/>
        <w:spacing w:before="120" w:after="0" w:line="260" w:lineRule="exact"/>
        <w:ind w:left="360" w:right="0" w:firstLine="0"/>
        <w:jc w:val="left"/>
      </w:pPr>
      <w:r>
        <w:rPr>
          <w:rFonts w:ascii="Times New Roman" w:hAnsi="Times New Roman" w:eastAsia="Times New Roman" w:cs="Times New Roman"/>
          <w:b w:val="0"/>
          <w:sz w:val="24"/>
        </w:rPr>
        <w:t>Date: [Date]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