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Entry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SUPREME COURT OF THE STATE OF NEW YORK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the within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(n) [order or judgment] in this matter that was issued by the Honorable [judge's name] and entered in the office of the Clerk of the Supreme Court of the State of New York, County of [county name], on [date].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[Opposing counsel's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name and designation]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