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Filed Affidavit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FILED AFFIDAVIT (TX)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owner]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owner]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original contractor]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original contractor]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Via [method of mailing, i.e. registered or certified 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</w:t>
        <w:tab/>
        <w:t>Notice of filing of affidavit of lien for materials and/or labor furnished by [claimant’s name] to the project known as [description of project].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accordance with Section 53.055 of the Texas Property Code, please find enclosed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Affidavit of Lien (“Affidavit”) claiming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in favor of [name of claimant] for materials and/or labor furnished to the above-referenced project more particularly described in the enclosed Affidavit which has been filed in the real property records of [county] County, Texas.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Should you wish to discuss this matter please contact me [contact information].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[typed name of signatory/claimant]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[signing capacity if applicable]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