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[PLAINTIFF[S]/DEFENDANT[S]] [NAME(S)]'S SUPERIOR COURT RULE 9A NOTICE OF FILING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[Plaintiff[s]/Defendant[s]] [name(s)] hereby give notice of the filing of the Rule 9A Package for [Plaintiff[s]/Defendant[s]] [name(s)]'s [title of motion], pursuant to Mass. Super. Ct. R. 9A(b)(2)(iii), on [date, month, and year]. The Rule 9A Package, filed herewith, contains the following documents: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[Plaintiff[s]/Defendant[s]] [name(s)]'s [motion title]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Memorandum in Support of [Plaintiff[s]/Defendant[s]] [name(s)]'s [motion title]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[List each additional document included in the Rule 9A Package]</w:t>
      </w:r>
    </w:p>
    <w:p>
      <w:pPr>
        <w:keepNext w:val="0"/>
        <w:spacing w:before="200" w:after="0" w:line="260" w:lineRule="exact"/>
        <w:ind w:left="72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[Plaintiff[s]/Defendant[s]] [name(s)]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[his/her/its/their] attorney,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Notice of Filing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server, usually the same as the attorney who signed above]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 [number]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