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Notice of Filing of Notice of Removal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NOTICE OF FILING OF NOTICE OF REMOVAL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PLEASE TAKE NOTICE that, pursuant to 28 U.S.C.§ 1446(d), on [date notice of removal filed], Defendant [name] filed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Notice of Removal in the United States District Court for the District of Colorado, together with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all pleadings and documents obtained from this Court's file. Pursuant to 28 U.S.C.§ 1446(d), this Court shall take no further action with respect to the above-captioned matter unless and until the case is remanded.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true and correct copy of the Notice of Removal (with exhibits) is attached hereto as Exhibit [number or letter] and is incorporated herein by reference.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[date]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Respectfully submitted,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[Counsel's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Attorneys for [Party]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EXHIBIT [number or letter]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[notice of removal and other accompanying papers as appropriate]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CERTIFICATE OF SERVICE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 hereby certify that on [date],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foregoing Notice of Filing of Notice of Removal was served on the following parties by [form of service]: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[Counsel's name]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[Counsel's name]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server]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