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Filing of Notice of Removal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&amp; ID #]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[Telephone]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[Fax]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take notice that the Defendant in the above-entitled action filed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Notice of Removal of the action to the United States District Court for the District of New Jersey, on [date notice of removal filed].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Notice of Removal is attached.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________________________________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Defendant, [name of defendant]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[date]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undersigned certifies that on the [date number] day of [month and year],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and correct copy of the foregoing document to be served upon the parties in the above-entitled action by [enter mode of communication] to the following: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[Names, firm names, and addresses of counsel for party/parties other than your client.]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_______________________________________ 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