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Force Majeure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 of notice, e.g., Registered Mail (or) Certified Mail]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Zip]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Attention: [Name of individual or department, e.g., General Counsel, Legal Department, President]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[name of subject contract] dated [date] between [name of party] and [name of party]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of Force Majeure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 [name of party experiencing force majeure event] is unable to timely perform its obligations under the [name of subject contract] dated [date] between [name of party] and [name of party] (the "Agreement") due to [description of force majeure event,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fire in our production facilities, flood damage caused by Hurricane Andrew, Covid-19, etc.].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 of force majeure event], [description of event and how/why it has rendered timely performance impossible or commercially impracticable, e.g., there 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fire at our production facility located in Clark, New Jersey (the "Facility") that destroyed the equipment used to manufacture the Goods subject to the Agreement].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the [event, e.g., fire], we were required to [shutdown the Facility and, consequently, are unable to currently manufacture the Goods under the Agreement].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Section [section number] of the Agreement, [name of party] is declaring the occurrence of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event of force majeure, which excuses our performance obligations during the period in which we continue to experience the aforementioned force majeure event. As set forth in the Agreement, [name of party invoking force majeure] will not be liable for any damages that arise, nor we will be deemed in breach of the Agreement,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our inability to timely meet our performance obligations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this force majeure event.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party invoking force majeure] regrets any inconvenience this situation may cause you. Should you have any questions regarding this notice or would like to discuss this matter in greater details, please contact [name of contact person and contact information].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Very truly yours,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[title], [name of party sending the notice]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