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Foreclosure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 THE CIRCUIT COURT OF THE [NUMBER] JUDICIAL CIRCUIT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[NAME] COUNTY, ILLINOIS</w:t>
      </w:r>
      <w:r>
        <w:rPr>
          <w:rFonts w:ascii="Times New Roman" w:hAnsi="Times New Roman" w:eastAsia="Times New Roman" w:cs="Times New Roman"/>
          <w:sz w:val="24"/>
        </w:rPr>
        <w:br/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OF FORECLOSURE (LIS PENDENS)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(735 ILCS 5/15-1503)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 certifies that the above-entitled mortgage foreclosure action was filed on [date of filing] and is now pending.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names of all plaintiffs and the case number are identified above.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court in which the action was brought is identified above.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names of the title holders of record are: [names]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legal description of the real estate sufficient to identify it with reasonable certainty is as follows: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[legal description]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Permanent Index Number (if applicable): [number]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common address or description of the location of the real estate is as follows: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identification of the mortgage sought to be foreclosed is as follows: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Mortgagors: [names]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Mortgagee: [name]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Mortgage: [date]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Recording: [date]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Where Recorded: [county]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Recording document identification: [document number from recorded mortgage]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signer]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Check one: ☐ Attorney of Record, or ☐ Party to the Case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[date of signing]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document was prepared by: [name of firm or person who prepared]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Whose address is: 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Mail to: [address for mailing notices]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NO CHANGE IN TAXES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number (if applicable)]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[client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[city/state/zip]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[fax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[email]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