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Notice of Hearing </w:t>
      </w:r>
    </w:p>
    <w:p>
      <w:pPr>
        <w:keepNext w:val="0"/>
        <w:spacing w:after="0" w:line="240" w:lineRule="exact"/>
        <w:ind w:right="0"/>
        <w:jc w:val="both"/>
      </w:pPr>
    </w:p>
    <w:p>
      <w:pPr>
        <w:spacing w:line="100" w:lineRule="exact"/>
      </w:pP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TO: All Counsel of Record (see attached list):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/>
          <w:sz w:val="24"/>
        </w:rPr>
        <w:t>PLEASE TAKE NOTICE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that on [month] [date], [year], at [time]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.m./p.m., or as soon thereafter as counsel may be heard, before the Honorable [judge name], [courtroom number] in the [location], [city or town], North Carolina, [movant] will move upon the accompanying [papers submitted in support of motion, such as affidavits], and all prior pleadings and filings, for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Order pursuant to [[rule]/ [statute]/ [standing order] / [other grounds for motion]] granting [state the relief sought, such as summary judgment] and any other and further relief as the Court deems proper and equitable.</w:t>
      </w:r>
    </w:p>
    <w:p>
      <w:pPr/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Dated: [date]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By:____________________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[Attorney name] (N.C. Bar No. [number])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[Firm name, in bold]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[Address]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[Phone number]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[Email address]</w:t>
      </w:r>
    </w:p>
    <w:p>
      <w:pPr/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CERTIFICATE OF SERVICE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I hereby certify that on [date],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copy of the foregoing [Plaintiff/Defendant] [name]'s Notice of Hearing was served on the following parties by [form of service]: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[Counsel's name]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[Firm name]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[Address]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Attorney for [party designation and name]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[Counsel's name]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[Firm name]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[Address]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Attorney for [party designation and name]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[Name of server]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