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Notice of Hearing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IN THE CIRCUIT COURT OF THE [number] JUDICIAL CIRCUIT 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[county name] COUNTY, ILLINOIS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NOTICE REQUIRING APPEARANCE IN PENDING EVICTION LAWSUIT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To: [Defendant name]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You are hereby notified that the Plaintiff, named above, has filed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complaint in this Court to have you evicted from the following property:</w:t>
      </w:r>
    </w:p>
    <w:p>
      <w:pPr>
        <w:keepNext w:val="0"/>
        <w:spacing w:before="200" w:after="0" w:line="260" w:lineRule="exact"/>
        <w:ind w:left="108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[address of property]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summons was previously issued by the Plaintiff but was returned by the sheriff or process server stating that service could not be obtained.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You are required to appear in court at the time and place listed below to participate in this lawsuit. In order to do so, you must file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appearance with the Clerk of the Circuit Court in the county that this lawsuit was filed in. You may be required to pay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fee to the Clerk's office in order to file your appearance.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After you have filed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appearance, you are required to appear in person before this Court on [month day, 20__] at [time] in Courtroom [number] at [name and address of courthouse], at which time and place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TRIAL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may be held on the complaint.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If you do not file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appearance in time or if you do not appear in court at the time and place listed,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JUDGMENT BY DEFAUL</w:t>
      </w:r>
      <w:r>
        <w:rPr>
          <w:rFonts w:ascii="Times New Roman" w:hAnsi="Times New Roman" w:eastAsia="Times New Roman" w:cs="Times New Roman"/>
          <w:b w:val="0"/>
          <w:sz w:val="24"/>
        </w:rPr>
        <w:t>T may be entered for the relief requested in the complaint, ordering that you be evicted. If judgment is entered against you, the sheriff may evict you.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WITNESS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____________________ ,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CLERK OF COURT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DATE OF POSTING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(TO BE INSERTED BY OFFICER ON COPY LEFT WITH DEFENDANT OR OTHER PERSON)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Atty. No.: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[number]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Name: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[firm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Atty. for: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[client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Address: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City/State/Zip Code: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[address 2]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Telephone: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[number]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Fax: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[number]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Email: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[email]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