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Hearing on Petition for Order Permitting Deposition to Perpetuate Testimony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SUPERIOR COURT OF THE STATE OF WASHINGTON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FOR [county name] COUNTY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[names of expected adverse parties listed in petition to take deposition before action]: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on [hearing date], at [hearing time], or as soon thereafter as the matter can be heard, in [court room number], at the Superior Court of the State of Washington for [county name] County, which is located at [court address],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hearing will be held on the attached petition to take the deposition(s) of [name(s) of proposed deponent(s) listed in petition] for the purpose of perpetuating [his or her or their] testimony prior to the filing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civil action, as permitted by Wash. CR 27(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Washington State Bar Association No. [state bar I.D.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Petitioner [petitioner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[Attach copy of petition to take deposition before action; see Petition (Order Permitting Deposition to Perpetuate Testimony) (WA)]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[Attach proof of service of notice and petition]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