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Incorporators’ Organizational Meeting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Notice is hereby given that the organizational meeting of the incorporators of [name], the certificate of incorporation of which was filed with the Secretary of State on [date], will be held on [date], at [time]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 (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P.M.), at [location], for the purpose of adopting bylaws, electing directors to serve until the first annual meeting of stockholders, and the transaction of such other business as may come before the meeting.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(Signature)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name below 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Incorporator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