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Pennsylvania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IN THE COURT OF COMMON PLEAS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[NAME] COUNTY, PENNSYLVANIA</w:t>
      </w:r>
    </w:p>
    <w:p>
      <w:pPr/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 xml:space="preserve">Notice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f Intention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Enter Judgment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f Non Pros 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or Failure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File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Certificate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 Merit</w:t>
      </w:r>
    </w:p>
    <w:p>
      <w:pPr/>
      <w:r>
        <w:rPr>
          <w:rFonts w:ascii="Times New Roman" w:hAnsi="Times New Roman" w:eastAsia="Times New Roman" w:cs="Times New Roman"/>
          <w:sz w:val="24"/>
        </w:rPr>
        <w:t>To: [Full name of party who failed to file a certificate of merit]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c/o</w:t>
      </w:r>
      <w:r>
        <w:rPr>
          <w:rFonts w:ascii="Times New Roman" w:hAnsi="Times New Roman" w:eastAsia="Times New Roman" w:cs="Times New Roman"/>
          <w:sz w:val="24"/>
        </w:rPr>
        <w:t xml:space="preserve"> Name of attorney for party, if represented]</w:t>
      </w:r>
    </w:p>
    <w:p>
      <w:pPr/>
      <w:r>
        <w:rPr>
          <w:rFonts w:ascii="Times New Roman" w:hAnsi="Times New Roman" w:eastAsia="Times New Roman" w:cs="Times New Roman"/>
          <w:sz w:val="24"/>
        </w:rPr>
        <w:t>[Address to which notice is being sent—usually the counsel to record for plaintiff]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Pennsylvania Rule of Civil Procedure 1042.7, I intend to enter a judgment of </w:t>
      </w:r>
      <w:r>
        <w:rPr>
          <w:rFonts w:ascii="Times New Roman" w:hAnsi="Times New Roman" w:eastAsia="Times New Roman" w:cs="Times New Roman"/>
          <w:sz w:val="24"/>
        </w:rPr>
        <w:t>non pros</w:t>
      </w:r>
      <w:r>
        <w:rPr>
          <w:rFonts w:ascii="Times New Roman" w:hAnsi="Times New Roman" w:eastAsia="Times New Roman" w:cs="Times New Roman"/>
          <w:sz w:val="24"/>
        </w:rPr>
        <w:t xml:space="preserve"> against you after thirty (30) days of the date of the filing of this notice if a certificate of merit is not filed as required by Rule 1042.3.</w:t>
      </w:r>
    </w:p>
    <w:p>
      <w:pPr/>
      <w:r>
        <w:rPr>
          <w:rFonts w:ascii="Times New Roman" w:hAnsi="Times New Roman" w:eastAsia="Times New Roman" w:cs="Times New Roman"/>
          <w:sz w:val="24"/>
        </w:rPr>
        <w:t>I am serving this notice on behalf of [name of party].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The judgment of </w:t>
      </w:r>
      <w:r>
        <w:rPr>
          <w:rFonts w:ascii="Times New Roman" w:hAnsi="Times New Roman" w:eastAsia="Times New Roman" w:cs="Times New Roman"/>
          <w:sz w:val="24"/>
        </w:rPr>
        <w:t>non pros</w:t>
      </w:r>
      <w:r>
        <w:rPr>
          <w:rFonts w:ascii="Times New Roman" w:hAnsi="Times New Roman" w:eastAsia="Times New Roman" w:cs="Times New Roman"/>
          <w:sz w:val="24"/>
        </w:rPr>
        <w:t xml:space="preserve"> will be entered as to all claims.</w:t>
      </w:r>
    </w:p>
    <w:p>
      <w:pPr/>
    </w:p>
    <w:p>
      <w:pPr/>
    </w:p>
    <w:p>
      <w:pPr/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Pennsylvania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IN THE COURT OF COMMON PLEAS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[NAME] COUNTY, PENNSYLVANIA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The Undersigned hereby certifies that, on [date], a true and correct copy of the notice of intention to file </w:t>
      </w:r>
      <w:r>
        <w:rPr>
          <w:rFonts w:ascii="Times New Roman" w:hAnsi="Times New Roman" w:eastAsia="Times New Roman" w:cs="Times New Roman"/>
          <w:sz w:val="24"/>
        </w:rPr>
        <w:t>praecipe</w:t>
      </w:r>
      <w:r>
        <w:rPr>
          <w:rFonts w:ascii="Times New Roman" w:hAnsi="Times New Roman" w:eastAsia="Times New Roman" w:cs="Times New Roman"/>
          <w:sz w:val="24"/>
        </w:rPr>
        <w:t xml:space="preserve"> to enter judgment of </w:t>
      </w:r>
      <w:r>
        <w:rPr>
          <w:rFonts w:ascii="Times New Roman" w:hAnsi="Times New Roman" w:eastAsia="Times New Roman" w:cs="Times New Roman"/>
          <w:sz w:val="24"/>
        </w:rPr>
        <w:t>non pros</w:t>
      </w:r>
      <w:r>
        <w:rPr>
          <w:rFonts w:ascii="Times New Roman" w:hAnsi="Times New Roman" w:eastAsia="Times New Roman" w:cs="Times New Roman"/>
          <w:sz w:val="24"/>
        </w:rPr>
        <w:t xml:space="preserve"> based upon failure to file a certificate of merit was served upon the [individuals/entities] listed below by [method of service, such as United States Regular Mail, postage prepaid].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names</w:t>
      </w:r>
      <w:r>
        <w:rPr>
          <w:rFonts w:ascii="Times New Roman" w:hAnsi="Times New Roman" w:eastAsia="Times New Roman" w:cs="Times New Roman"/>
          <w:sz w:val="24"/>
        </w:rPr>
        <w:t xml:space="preserve"> and full addresses of individual/entities being served]</w:t>
      </w:r>
    </w:p>
    <w:p>
      <w:pPr>
        <w:ind w:left="4680"/>
      </w:pPr>
      <w:r>
        <w:rPr>
          <w:rFonts w:ascii="Times New Roman" w:hAnsi="Times New Roman" w:eastAsia="Times New Roman" w:cs="Times New Roman"/>
          <w:sz w:val="24"/>
        </w:rPr>
        <w:t>RESPECTFULLY SUBMITTED: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