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Intent to Terminate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NOTICE OF INTENT TO TERMINATE PLAN</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[name of plan sponsor]</w:t>
      </w:r>
    </w:p>
    <w:p>
      <w:pPr>
        <w:keepNext w:val="0"/>
        <w:spacing w:before="200" w:after="0" w:line="260" w:lineRule="exact"/>
        <w:ind w:left="720" w:right="0" w:firstLine="0"/>
        <w:jc w:val="both"/>
      </w:pPr>
      <w:r>
        <w:rPr>
          <w:rFonts w:ascii="Times New Roman" w:hAnsi="Times New Roman" w:eastAsia="Times New Roman" w:cs="Times New Roman"/>
          <w:b w:val="0"/>
          <w:sz w:val="24"/>
        </w:rPr>
        <w:t>[last known address of plan sponsor OR address of plan sponsor corporation’s agent for service of process]</w:t>
      </w:r>
    </w:p>
    <w:p>
      <w:pPr>
        <w:keepNext w:val="0"/>
        <w:spacing w:before="200" w:after="0" w:line="260" w:lineRule="exact"/>
        <w:ind w:left="720" w:right="0" w:firstLine="0"/>
        <w:jc w:val="both"/>
      </w:pPr>
      <w:r>
        <w:rPr>
          <w:rFonts w:ascii="Times New Roman" w:hAnsi="Times New Roman" w:eastAsia="Times New Roman" w:cs="Times New Roman"/>
          <w:b w:val="0"/>
          <w:sz w:val="24"/>
        </w:rPr>
        <w:t>Re: [name of plan and account number or other identifying information]</w:t>
      </w:r>
    </w:p>
    <w:p>
      <w:pPr>
        <w:keepNext w:val="0"/>
        <w:spacing w:before="200" w:after="0" w:line="260" w:lineRule="exact"/>
        <w:ind w:left="720" w:right="0" w:firstLine="0"/>
        <w:jc w:val="both"/>
      </w:pPr>
      <w:r>
        <w:rPr>
          <w:rFonts w:ascii="Times New Roman" w:hAnsi="Times New Roman" w:eastAsia="Times New Roman" w:cs="Times New Roman"/>
          <w:b w:val="0"/>
          <w:sz w:val="24"/>
        </w:rPr>
        <w:t>Dear [name of plan sponsor]:</w:t>
      </w:r>
    </w:p>
    <w:p>
      <w:pPr>
        <w:keepNext w:val="0"/>
        <w:spacing w:before="200" w:after="0" w:line="260" w:lineRule="exact"/>
        <w:ind w:left="720" w:right="0" w:firstLine="0"/>
        <w:jc w:val="both"/>
      </w:pPr>
      <w:r>
        <w:rPr>
          <w:rFonts w:ascii="Times New Roman" w:hAnsi="Times New Roman" w:eastAsia="Times New Roman" w:cs="Times New Roman"/>
          <w:b w:val="0"/>
          <w:sz w:val="24"/>
        </w:rPr>
        <w:t>We are writing to advise you of our concern about the status of the subject plan. Our intention is to terminate the plan and distribute benefits in accordance with federal law if you do not contact us within 30 days of your receipt of this notice. See 29 C.F.R. § 2578.1.</w:t>
      </w:r>
    </w:p>
    <w:p>
      <w:pPr>
        <w:keepNext w:val="0"/>
        <w:spacing w:before="200" w:after="0" w:line="260" w:lineRule="exact"/>
        <w:ind w:left="720" w:right="0" w:firstLine="0"/>
        <w:jc w:val="both"/>
      </w:pPr>
      <w:r>
        <w:rPr>
          <w:rFonts w:ascii="Times New Roman" w:hAnsi="Times New Roman" w:eastAsia="Times New Roman" w:cs="Times New Roman"/>
          <w:b w:val="0"/>
          <w:sz w:val="24"/>
        </w:rPr>
        <w:t>Our basis for taking this action is that our records reflect that there have been no contributions to, or distributions from, the plan within the past 12 months.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are sending this notice to you because our records show that you are the sponsor of the subject plan. The U.S. Department of Labor requires that you be informed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or plan administrator or both, you may be personally liable for all costs, civil penalties, excise taxes, etc.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your acts or omissions with respect to this plan. The termination of this plan by us will not relieve you of your liability for any such costs, penalties, taxes, etc. Federal law also requires us to notify the U.S. Department of Labor, Employee Benefits Security Administration, of the termination of any abandoned plan. For information about the federal law governing the termination of abandoned plans, you may contact the U.S. Department of Labor at 1.866.444.EBSA (3272).</w:t>
      </w:r>
    </w:p>
    <w:p>
      <w:pPr>
        <w:keepNext w:val="0"/>
        <w:spacing w:before="200" w:after="0" w:line="260" w:lineRule="exact"/>
        <w:ind w:left="720" w:right="0" w:firstLine="0"/>
        <w:jc w:val="both"/>
      </w:pPr>
      <w:r>
        <w:rPr>
          <w:rFonts w:ascii="Times New Roman" w:hAnsi="Times New Roman" w:eastAsia="Times New Roman" w:cs="Times New Roman"/>
          <w:b w:val="0"/>
          <w:sz w:val="24"/>
        </w:rPr>
        <w:t>Please contact [name, address, and telephone number of the person, office, or department that the sponsor must contact regarding the plan] within 30 days in order to prevent this action.</w:t>
      </w:r>
    </w:p>
    <w:p>
      <w:pPr>
        <w:keepNext w:val="0"/>
        <w:spacing w:before="200" w:after="0" w:line="260" w:lineRule="exact"/>
        <w:ind w:left="720" w:right="0" w:firstLine="0"/>
        <w:jc w:val="both"/>
      </w:pPr>
      <w:r>
        <w:rPr>
          <w:rFonts w:ascii="Times New Roman" w:hAnsi="Times New Roman" w:eastAsia="Times New Roman" w:cs="Times New Roman"/>
          <w:b w:val="0"/>
          <w:sz w:val="24"/>
        </w:rPr>
        <w:t>Sincerely,</w:t>
      </w:r>
    </w:p>
    <w:p>
      <w:pPr>
        <w:keepNext w:val="0"/>
        <w:spacing w:before="200" w:after="0" w:line="260" w:lineRule="exact"/>
        <w:ind w:left="720" w:right="0" w:firstLine="0"/>
        <w:jc w:val="both"/>
      </w:pPr>
      <w:r>
        <w:rPr>
          <w:rFonts w:ascii="Times New Roman" w:hAnsi="Times New Roman" w:eastAsia="Times New Roman" w:cs="Times New Roman"/>
          <w:b w:val="0"/>
          <w:sz w:val="24"/>
        </w:rPr>
        <w:t>[name and address of QTA or appropriate designee]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