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Intention to File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STATE OF NEW YORK </w:t>
      </w:r>
    </w:p>
    <w:p>
      <w:pPr>
        <w:keepNext w:val="0"/>
        <w:spacing w:before="200" w:after="0" w:line="260" w:lineRule="exact"/>
        <w:ind w:left="360" w:right="0" w:firstLine="0"/>
        <w:jc w:val="center"/>
      </w:pPr>
      <w:r>
        <w:rPr>
          <w:rFonts w:ascii="Times New Roman" w:hAnsi="Times New Roman" w:eastAsia="Times New Roman" w:cs="Times New Roman"/>
          <w:b w:val="0"/>
          <w:sz w:val="24"/>
        </w:rPr>
        <w:t>COURT OF CLAIMS</w:t>
      </w:r>
    </w:p>
    <w:p>
      <w:pPr>
        <w:keepNext w:val="0"/>
        <w:spacing w:before="200" w:after="0" w:line="260" w:lineRule="exact"/>
        <w:ind w:left="360" w:right="0" w:firstLine="0"/>
        <w:jc w:val="both"/>
      </w:pPr>
      <w:r>
        <w:rPr>
          <w:rFonts w:ascii="Times New Roman" w:hAnsi="Times New Roman" w:eastAsia="Times New Roman" w:cs="Times New Roman"/>
          <w:b w:val="0"/>
          <w:sz w:val="24"/>
        </w:rPr>
        <w:t>TO THE ATTORNEY GENERAL OF THE STATE OF NEW YORK:</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the claimant [claimant’s name], by [his/her/its] undersigned counsel, intends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the State of New York, pursuant to the Court of Claims Act.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post office address of the claimant herein is [street address], [city], New York.</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undersigned counsel represents the claimant in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claim arises from the defendant’s acts or omissions occurring on [date when claim arose] at [place where the acts or omissions took place].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More specifically, the nature of the claim is [brief description of claim].</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the claimant has been damaged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the defendant’s acts or omissions.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Dated: [city and state where signed] </w:t>
      </w:r>
    </w:p>
    <w:p>
      <w:pPr>
        <w:keepNext w:val="0"/>
        <w:spacing w:before="6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verifying the answer], being duly sworn, deposes and says: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reviewed the contents of this Notice of Intention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the State of New York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aware that if any of the statements contained therein are willfully false, I am subject to punishment.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verifying the notice of intention]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Sworn to before me this </w:t>
      </w:r>
    </w:p>
    <w:p>
      <w:pPr>
        <w:keepNext w:val="0"/>
        <w:spacing w:before="6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sz w:val="24"/>
        </w:rPr>
        <w:t>[AFFIDAVIT/AFFIRMATION] OF SERVICE</w:t>
      </w:r>
    </w:p>
    <w:p>
      <w:pPr>
        <w:keepNext w:val="0"/>
        <w:spacing w:before="200" w:after="0" w:line="260" w:lineRule="exact"/>
        <w:ind w:left="720" w:right="0" w:firstLine="0"/>
        <w:jc w:val="both"/>
      </w:pPr>
      <w:r>
        <w:rPr>
          <w:rFonts w:ascii="Times New Roman" w:hAnsi="Times New Roman" w:eastAsia="Times New Roman" w:cs="Times New Roman"/>
          <w:b w:val="0"/>
          <w:sz w:val="24"/>
        </w:rPr>
        <w:t>I, [name of server], being duly sworn, deposes and says: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am over 18 years of age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Notice of Intention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was served on the New York State Attorney General by [form of service] at the following address:</w:t>
      </w:r>
    </w:p>
    <w:p>
      <w:pPr>
        <w:keepNext w:val="0"/>
        <w:spacing w:before="200" w:after="0" w:line="260" w:lineRule="exact"/>
        <w:ind w:left="108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1080" w:right="0" w:firstLine="0"/>
        <w:jc w:val="both"/>
      </w:pPr>
      <w:r>
        <w:rPr>
          <w:rFonts w:ascii="Times New Roman" w:hAnsi="Times New Roman" w:eastAsia="Times New Roman" w:cs="Times New Roman"/>
          <w:b w:val="0"/>
          <w:sz w:val="24"/>
        </w:rPr>
        <w:t>[City], New York [zip code]</w:t>
      </w:r>
    </w:p>
    <w:p>
      <w:pPr>
        <w:keepNext w:val="0"/>
        <w:spacing w:before="200" w:after="0" w:line="260" w:lineRule="exact"/>
        <w:ind w:left="360" w:right="0" w:firstLine="0"/>
        <w:jc w:val="both"/>
      </w:pPr>
      <w:r>
        <w:rPr>
          <w:rFonts w:ascii="Times New Roman" w:hAnsi="Times New Roman" w:eastAsia="Times New Roman" w:cs="Times New Roman"/>
          <w:b w:val="0"/>
          <w:sz w:val="24"/>
        </w:rPr>
        <w:t>I certify that the foregoing statements made by me are true. I am fully aware that if any of the foregoing statements made by me are willfully false, I am subject to punishment.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Dated: [city and state where signed] </w:t>
      </w:r>
    </w:p>
    <w:p>
      <w:pPr>
        <w:keepNext w:val="0"/>
        <w:spacing w:before="6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[Name of server]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Sworn to before me this </w:t>
      </w:r>
    </w:p>
    <w:p>
      <w:pPr>
        <w:keepNext w:val="0"/>
        <w:spacing w:before="60" w:after="0" w:line="260" w:lineRule="exact"/>
        <w:ind w:left="36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