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Intention to Foreclose and of Liability for Deficiency After Foreclosure of Mortgage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[mortgagor's name] of [street address], Town of [town name] County of [county name] and State of [state name].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are hereby notified in accordance with the statute, of my intention, on [date of sale], to foreclose by sale under the Power of Sale for breach of condition, the Mortgage held by me on property located on of [street address], Town of [town name] County of [county name] and State of [state name], dated [month] [day] [year] and recorded in the [county name] County Registry of Deeds, Book [book number], Page [page number], to secure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note (or other obligation) signed by you, for the whole, or any part, of which you may be liable to me and in case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deficiency in the proceeds of the Foreclosure Sale to hold you liable for the whole or any part thereof still remaining unpaid.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mortgage holder]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