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of Lis Pendens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NOTICE OF LIS PENDENS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 DEFENDANT(S), AND ALL OTHERS WHOM IT MAY CONCERN: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YOU ARE NOTIFIED OF THE FOLLOWING: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plaintiff has instituted this action against you seeking (“to foreclose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mortgage” or “to partition” or “to quiet title” or other type of action) with respect to the property described below;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plaintiff(s) in this action is/are: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[name]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(b)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[name]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date of the institution of this action is [date]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OR: the date on the clerk’s electronic receipt for the action’s filing is [date]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OR: the case number of the action is as shown in the caption.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property that is the subject matter of this action is in [name of county] County, Florida, and is described as follows:</w:t>
      </w:r>
    </w:p>
    <w:p>
      <w:pPr>
        <w:keepNext w:val="0"/>
        <w:spacing w:before="200" w:after="0" w:line="260" w:lineRule="exact"/>
        <w:ind w:left="144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[legal description of property]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 on [date]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attorney]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Attorney for [name of client]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[area code, phone no.]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[email address(es)]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Florida Bar No. [bar number]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NOTE: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This form is not to be recorded without the clerk’s case number.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