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CIRCUIT COURT OF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[county name] COUNTY, ILLINOIS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LIS PENDENS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the undersigned, do hereby certify that the above entitled case was filed in the Circuit Court of [county name] County on the [day] day of [month], [year] and is now pending in the Court, and that the property affected by the cause is described as follows: [type/description of action]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[address], in [county name] County, Illinois.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[legal description]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[attorney’s or party’s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number (if applicable)]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[client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[city/state/zip]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