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Meeting to Vote on Proposed Merger or Consolidation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OF MEETING TO VOTE AS TO PROPOSED [MERGER/CONSOLIDATION]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accordance with Section 1002(c) of the Limited Liability Company Law of the state of New York, notice is hereby given by [Identify manager(s) calling meeting)] to all members of [name of LLC], L.L.C. who are entitled to vote,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for the purpose of voting as to the proposed [merger/consolidation] of [name of LLC] and [name of other business entity].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meeting will be held on [date], at [time]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 at the following location: [address of meeting location]. This notice is provided at least twenty days prior to the meeting date pursuant to N.Y. Ltd. Liab. Co. Law § 1002(c).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proposed agreement of [merger/consolidation] is enclosed with this notice for your consideration. The proposed agreement sets forth the terms and conditions of the transaction, including all rights and obligations of members.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 and capacity of signer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