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Meeting to Vote upon Dissolution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SPECIAL MEETING OF THE MEMBERS OF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[Name of Corporation]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all members of [name of corporation] (the “Corporation”):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special meeting of the members of the Corporation will be held on the [date] day of [month], [year], at [time] o'clock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.M. / P.M.], at the office of the corporation at [address], in the City of [name of city], Florida, to consider whether the Corporation shall be dissolved in accordance with the provisions of section 617.1402 of the Florida Not For Profit Corporation Act.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[Title]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