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Meeting to Vote upon Dissolution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NOTICE OF SPECIAL MEETING OF THE MEMBERS OF [Name of Corporation]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all members of [name of corporation] (the “Corporation”):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 the board of directors of the Corporation have called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special meeting of the members of the Corporation, to be held on the [date] day of [month], [year], at [time] o'clock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.M. / P.M.], at the office of the corporation at [address], in the City of [name of city], New York, to take action on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proposition to dissolve the Corporation in accordance with the provisions of section 1002 of the Not-for-Profit Corporation Law.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[Title]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