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Notice of Motion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IN THE UNITED STATES DISTRICT COURT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FOR THE [NAME] DISTRICT OF [STATE]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[NAME] DIVISION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NOTICE OF MOTION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PLEASE TAKE NOTICE that, upon the accompanying [papers submitted in support of motion, such as memorandum, declarations, affidavits], and all prior pleadings and filings, Plaintiff [plaintiff's name] will move before the Honorable [judge's name], at [courthouse address] on [date] at [time], for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Order pursuant to [rule / statute / standing order / other grounds for motion] [state the relief sought, such as for leave to file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amended complaint] and any other and further relief as the Court deems proper and just.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Respectfully submitted,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[Counsel's name] (Bar No. [Number])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Telephone: [Number]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Facsimile: [Number]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E-mail: [E-mail]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Attorneys for Plaintiff [plaintiff's name]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TO: [counsel's name]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Attorneys for [party]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