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Motion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CIRCUIT COURT OF THE [CIRCUIT NUMBER] JUDICIAL CIRCUIT [NAME OF COUNTY] COUNTY, ILLINOIS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MOTION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All Counsel of Record (see Attached Service List)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PLEASE TAKE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on [month] [date], [year], at [time]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.m./p.m., or as soon thereafter as counsel may be heard, I shall appear before the Honorable [judge name], or any judge sitting in [his/her] stead, in [room number] in the [location, such as "Richard J. Daley Center,"], [city or town], Illinois, and there and then present the attached [full name of motion],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which is hereby served upon you.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One of its attorneys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Illinois Bar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Firm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</w:t>
      </w:r>
      <w:r>
        <w:rPr>
          <w:rFonts w:ascii="Times New Roman" w:hAnsi="Times New Roman" w:eastAsia="Times New Roman" w:cs="Times New Roman"/>
          <w:b/>
          <w:sz w:val="24"/>
        </w:rPr>
        <w:t>Notice of Motion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