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Notice of Motion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&amp; ID #]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[Telephone]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[Fax]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Attorney for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TO: [Opposing attorney name]</w:t>
      </w:r>
    </w:p>
    <w:p>
      <w:pPr>
        <w:keepNext w:val="0"/>
        <w:spacing w:before="6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6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[Firm 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Attorneys for [Defendant/Plaintiff], [Defendant/Plaintiff’s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PLEASE TAKE NOTICE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that on [date] at [time] in the forenoon or as soon thereafter as counsel may be heard, or at the time designated by the Court, the undersigned attorneys for [Plaintiff/Defendant] [name] will apply before the Superior Court of New Jersey, [division name] Division, at the [county name] County Courthouse, [address], for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order [specifically state the relief sought] and any other and further relief as the Court deems proper and just.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PLEASE TAKE FURTHER NOTICE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that in support of the within motion, [party] shall rely upon [evidence, such as “attached exhibits”].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PLEASE TAKE FURTHER NOTICE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that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proposed form of Order pursuant to Rule 1:6-2(e) is submitted herewith.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PLEASE TAKE FURTHER NOTICE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that this Notice of Motion is being filed in accordance with Rule 1:6-2, and [state position regarding oral argument, for example, “that oral argument is requested only if opposition is timely filed”].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Respectfully submitted,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[Counsel’s name] (ID # [number])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Telephone: [number]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Facsimile: [number]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Email: [email]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Attorneys for [name]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