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Non-Responsibility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Space above this line for recorder's use. (See recording requirements and Cal. Gov. Code § 27361.1. This form should be printed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8 ½ x 11” page,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address on the top left that is 2” down and 3” across, leaving the space to the right for the recording stamp.)</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IS HEREBY GIVEN IN ACCORDANCE WITH </w:t>
      </w:r>
      <w:r>
        <w:rPr>
          <w:rFonts w:ascii="Times New Roman" w:hAnsi="Times New Roman" w:eastAsia="Times New Roman" w:cs="Times New Roman"/>
          <w:b w:val="0"/>
          <w:sz w:val="24"/>
        </w:rPr>
        <w:t>CALIFORNIA CIVIL CODE SECTION 8444</w:t>
      </w:r>
      <w:r>
        <w:rPr>
          <w:rFonts w:ascii="Times New Roman" w:hAnsi="Times New Roman" w:eastAsia="Times New Roman" w:cs="Times New Roman"/>
          <w:b w:val="0"/>
          <w:sz w:val="24"/>
        </w:rPr>
        <w:t xml:space="preserve">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[name], is the [specify nature of title or interest of the person giving the notice (e.g., owner in fee simple)] of the following described property: [full legal description, Assessor’s Parcel Number, and street address, if any].</w:t>
      </w:r>
    </w:p>
    <w:p>
      <w:pPr>
        <w:keepNext w:val="0"/>
        <w:spacing w:before="200" w:after="0" w:line="260" w:lineRule="exact"/>
        <w:ind w:left="720" w:right="0" w:firstLine="0"/>
        <w:jc w:val="both"/>
      </w:pPr>
      <w:r>
        <w:rPr>
          <w:rFonts w:ascii="Times New Roman" w:hAnsi="Times New Roman" w:eastAsia="Times New Roman" w:cs="Times New Roman"/>
          <w:b w:val="0"/>
          <w:sz w:val="24"/>
        </w:rPr>
        <w:t>[Also provide, if known and applicable: the names of the direct contractor, purchaser under contract, lessee, other owners or purported owners, as well as any construction lender along with contact address(es), pursuant to Cal. Civ. Code §§ 8444(d)(2) and 8102.]</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not more than 10 days preceding the date on which the notice is posted and recorded], the undersigned first obtained knowledge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of improvement was being constructed on the above-described property (Cal. Civ. Code § 8444(e)).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did not cause the above work of improvement to be performed and will not be responsible for any claims arising from that work of improvement.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200" w:after="0" w:line="260" w:lineRule="exact"/>
        <w:ind w:left="360" w:right="0" w:firstLine="0"/>
        <w:jc w:val="both"/>
      </w:pPr>
      <w:r>
        <w:rPr>
          <w:rFonts w:ascii="Times New Roman" w:hAnsi="Times New Roman" w:eastAsia="Times New Roman" w:cs="Times New Roman"/>
          <w:b w:val="0"/>
          <w:sz w:val="24"/>
        </w:rPr>
        <w:t>VERIFICATION</w:t>
      </w:r>
    </w:p>
    <w:p>
      <w:pPr>
        <w:keepNext w:val="0"/>
        <w:spacing w:before="200" w:after="0" w:line="260" w:lineRule="exact"/>
        <w:ind w:left="360" w:right="0" w:firstLine="0"/>
        <w:jc w:val="both"/>
      </w:pPr>
      <w:r>
        <w:rPr>
          <w:rFonts w:ascii="Times New Roman" w:hAnsi="Times New Roman" w:eastAsia="Times New Roman" w:cs="Times New Roman"/>
          <w:b w:val="0"/>
          <w:sz w:val="24"/>
        </w:rPr>
        <w:t>I, the undersigned, say:</w:t>
      </w:r>
    </w:p>
    <w:p>
      <w:pPr>
        <w:keepNext w:val="0"/>
        <w:spacing w:before="200" w:after="0" w:line="260" w:lineRule="exact"/>
        <w:ind w:left="360" w:right="0" w:firstLine="0"/>
        <w:jc w:val="both"/>
      </w:pPr>
      <w:r>
        <w:rPr>
          <w:rFonts w:ascii="Times New Roman" w:hAnsi="Times New Roman" w:eastAsia="Times New Roman" w:cs="Times New Roman"/>
          <w:b w:val="0"/>
          <w:sz w:val="24"/>
        </w:rPr>
        <w:t>I am the person who signed the foregoing notice. I have read that notice know its contents, and acknowledge the facts stated therein are true of my own personal knowledge.</w:t>
      </w:r>
    </w:p>
    <w:p>
      <w:pPr>
        <w:keepNext w:val="0"/>
        <w:spacing w:before="200" w:after="0" w:line="260" w:lineRule="exact"/>
        <w:ind w:left="360" w:right="0" w:firstLine="0"/>
        <w:jc w:val="both"/>
      </w:pPr>
      <w:r>
        <w:rPr>
          <w:rFonts w:ascii="Times New Roman" w:hAnsi="Times New Roman" w:eastAsia="Times New Roman" w:cs="Times New Roman"/>
          <w:b w:val="0"/>
          <w:sz w:val="24"/>
        </w:rPr>
        <w:t>I declare under penalty of perjury that the foregoing is true and correct.</w:t>
      </w:r>
    </w:p>
    <w:p>
      <w:pPr>
        <w:keepNext w:val="0"/>
        <w:spacing w:before="200" w:after="0" w:line="260" w:lineRule="exact"/>
        <w:ind w:left="360" w:right="0" w:firstLine="0"/>
        <w:jc w:val="both"/>
      </w:pPr>
      <w:r>
        <w:rPr>
          <w:rFonts w:ascii="Times New Roman" w:hAnsi="Times New Roman" w:eastAsia="Times New Roman" w:cs="Times New Roman"/>
          <w:b w:val="0"/>
          <w:sz w:val="24"/>
        </w:rPr>
        <w:t>Executed at [location], California,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200" w:after="0" w:line="260" w:lineRule="exact"/>
        <w:ind w:left="360" w:right="0" w:firstLine="0"/>
        <w:jc w:val="both"/>
      </w:pPr>
      <w:r>
        <w:rPr>
          <w:rFonts w:ascii="Times New Roman" w:hAnsi="Times New Roman" w:eastAsia="Times New Roman" w:cs="Times New Roman"/>
          <w:b w:val="0"/>
          <w:sz w:val="24"/>
        </w:rPr>
        <w:t>VERIFICATION [not individual]</w:t>
      </w:r>
    </w:p>
    <w:p>
      <w:pPr>
        <w:keepNext w:val="0"/>
        <w:spacing w:before="200" w:after="0" w:line="260" w:lineRule="exact"/>
        <w:ind w:left="360" w:right="0" w:firstLine="0"/>
        <w:jc w:val="both"/>
      </w:pPr>
      <w:r>
        <w:rPr>
          <w:rFonts w:ascii="Times New Roman" w:hAnsi="Times New Roman" w:eastAsia="Times New Roman" w:cs="Times New Roman"/>
          <w:b w:val="0"/>
          <w:sz w:val="24"/>
        </w:rPr>
        <w:t>I, the undersigned, say:</w:t>
      </w:r>
    </w:p>
    <w:p>
      <w:pPr>
        <w:keepNext w:val="0"/>
        <w:spacing w:before="200" w:after="0" w:line="260" w:lineRule="exact"/>
        <w:ind w:left="360" w:right="0" w:firstLine="0"/>
        <w:jc w:val="both"/>
      </w:pPr>
      <w:r>
        <w:rPr>
          <w:rFonts w:ascii="Times New Roman" w:hAnsi="Times New Roman" w:eastAsia="Times New Roman" w:cs="Times New Roman"/>
          <w:b w:val="0"/>
          <w:sz w:val="24"/>
        </w:rPr>
        <w:t>I am the [title or position here] of ____________________, the Owner of the Real Property, described above, located at [street address] and have signed the foregoing notice. I have read the notice, know its contents, acknowledge the facts stated therein are true of my own personal knowledge, and confirm that I am authorized to sign the Notice on behalf of the Owner. I declare, under penalty of perjury, that the foregoing is true and correct.</w:t>
      </w:r>
    </w:p>
    <w:p>
      <w:pPr>
        <w:keepNext w:val="0"/>
        <w:spacing w:before="200" w:after="0" w:line="260" w:lineRule="exact"/>
        <w:ind w:left="360" w:right="0" w:firstLine="0"/>
        <w:jc w:val="both"/>
      </w:pPr>
      <w:r>
        <w:rPr>
          <w:rFonts w:ascii="Times New Roman" w:hAnsi="Times New Roman" w:eastAsia="Times New Roman" w:cs="Times New Roman"/>
          <w:b w:val="0"/>
          <w:sz w:val="24"/>
        </w:rPr>
        <w:t>Executed at [location], California,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