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Notice of Non-renewal of Contract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[Form of notice, e.g., Registered Mail (or) Certified Mail]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recipient]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[Street address]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[City, State, Zip]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Attention: [Name of individual or department, e.g., General Counsel, Legal Department, President]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Re:</w:t>
        <w:tab/>
        <w:t>[name of subject contract] dated [date] between [name of party] and [name of party]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Notice of Non-renewal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Dear [name]: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You are hereby notified that pursuant to section [cite applicable contract section requiring notice of non-renewal] of the [name of agreement] dated [date] between [name of party] and [name of party] (the “Agreement”), [name of non-renewing party] has elected not to renew the Agreement. Accordingly, the Agreement will terminate on [date agreement will expire].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Very truly yours,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[name],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[title], [name of non-renewing party] 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